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BE623" w14:textId="77777777" w:rsidR="00D30DE9" w:rsidRPr="00E471F5" w:rsidRDefault="00000000" w:rsidP="00E471F5">
      <w:pPr>
        <w:jc w:val="center"/>
        <w:rPr>
          <w:b/>
          <w:bCs/>
        </w:rPr>
      </w:pPr>
      <w:r w:rsidRPr="00E471F5">
        <w:rPr>
          <w:b/>
          <w:bCs/>
          <w:highlight w:val="yellow"/>
        </w:rPr>
        <w:t>[ПОЛНОЕ НАИМЕНОВАНИЕ ОРГАНИЗАЦИИ]</w:t>
      </w:r>
    </w:p>
    <w:p w14:paraId="51B8C460" w14:textId="77777777" w:rsidR="00D30DE9" w:rsidRDefault="00D30DE9" w:rsidP="00771980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D30DE9" w14:paraId="42F35384" w14:textId="77777777">
        <w:trPr>
          <w:jc w:val="center"/>
        </w:trPr>
        <w:tc>
          <w:tcPr>
            <w:tcW w:w="4986" w:type="dxa"/>
          </w:tcPr>
          <w:p w14:paraId="385273C9" w14:textId="77777777" w:rsidR="00D30DE9" w:rsidRPr="00A7472D" w:rsidRDefault="00000000" w:rsidP="00E471F5">
            <w:pPr>
              <w:jc w:val="center"/>
              <w:rPr>
                <w:b/>
                <w:bCs/>
              </w:rPr>
            </w:pPr>
            <w:r w:rsidRPr="00A7472D">
              <w:rPr>
                <w:b/>
                <w:bCs/>
              </w:rPr>
              <w:t>СОГЛАСОВАНО</w:t>
            </w:r>
          </w:p>
          <w:p w14:paraId="4E30C8D9" w14:textId="77777777" w:rsidR="00D30DE9" w:rsidRPr="00FC34E6" w:rsidRDefault="00000000" w:rsidP="00E471F5">
            <w:pPr>
              <w:jc w:val="center"/>
            </w:pPr>
            <w:r w:rsidRPr="00FC34E6">
              <w:rPr>
                <w:highlight w:val="yellow"/>
              </w:rPr>
              <w:t>[Должность]</w:t>
            </w:r>
          </w:p>
          <w:p w14:paraId="40961D13" w14:textId="77777777" w:rsidR="00D30DE9" w:rsidRPr="00FC34E6" w:rsidRDefault="00000000" w:rsidP="00E471F5">
            <w:pPr>
              <w:jc w:val="center"/>
            </w:pPr>
            <w:r w:rsidRPr="00FC34E6">
              <w:rPr>
                <w:highlight w:val="yellow"/>
              </w:rPr>
              <w:t>[Организация]</w:t>
            </w:r>
          </w:p>
          <w:p w14:paraId="59E63F7D" w14:textId="77777777" w:rsidR="00D30DE9" w:rsidRPr="00FC34E6" w:rsidRDefault="00000000" w:rsidP="00E471F5">
            <w:pPr>
              <w:jc w:val="center"/>
            </w:pPr>
            <w:r w:rsidRPr="00FC34E6">
              <w:rPr>
                <w:highlight w:val="yellow"/>
              </w:rPr>
              <w:t>[Ф.И.О.]</w:t>
            </w:r>
          </w:p>
          <w:p w14:paraId="711E733A" w14:textId="77777777" w:rsidR="00D30DE9" w:rsidRDefault="00000000" w:rsidP="00E471F5">
            <w:pPr>
              <w:jc w:val="center"/>
            </w:pPr>
            <w:r>
              <w:rPr>
                <w:highlight w:val="yellow"/>
              </w:rPr>
              <w:t>«____» __________ 20___ г.</w:t>
            </w:r>
          </w:p>
        </w:tc>
        <w:tc>
          <w:tcPr>
            <w:tcW w:w="4986" w:type="dxa"/>
          </w:tcPr>
          <w:p w14:paraId="38376996" w14:textId="77777777" w:rsidR="00D30DE9" w:rsidRPr="00A7472D" w:rsidRDefault="00000000" w:rsidP="00E471F5">
            <w:pPr>
              <w:jc w:val="center"/>
              <w:rPr>
                <w:b/>
                <w:bCs/>
              </w:rPr>
            </w:pPr>
            <w:r w:rsidRPr="00A7472D">
              <w:rPr>
                <w:b/>
                <w:bCs/>
              </w:rPr>
              <w:t>УТВЕРЖДАЮ</w:t>
            </w:r>
          </w:p>
          <w:p w14:paraId="40DA8086" w14:textId="77777777" w:rsidR="00D30DE9" w:rsidRPr="00FC34E6" w:rsidRDefault="00000000" w:rsidP="00E471F5">
            <w:pPr>
              <w:jc w:val="center"/>
            </w:pPr>
            <w:r w:rsidRPr="00FC34E6">
              <w:rPr>
                <w:highlight w:val="yellow"/>
              </w:rPr>
              <w:t>[Должность]</w:t>
            </w:r>
          </w:p>
          <w:p w14:paraId="19817723" w14:textId="77777777" w:rsidR="00D30DE9" w:rsidRPr="00FC34E6" w:rsidRDefault="00000000" w:rsidP="00E471F5">
            <w:pPr>
              <w:jc w:val="center"/>
            </w:pPr>
            <w:r w:rsidRPr="00FC34E6">
              <w:rPr>
                <w:highlight w:val="yellow"/>
              </w:rPr>
              <w:t>[Организация]</w:t>
            </w:r>
          </w:p>
          <w:p w14:paraId="16C4471E" w14:textId="77777777" w:rsidR="00D30DE9" w:rsidRPr="00FC34E6" w:rsidRDefault="00000000" w:rsidP="00E471F5">
            <w:pPr>
              <w:jc w:val="center"/>
            </w:pPr>
            <w:r w:rsidRPr="00FC34E6">
              <w:rPr>
                <w:highlight w:val="yellow"/>
              </w:rPr>
              <w:t>[Ф.И.О.]</w:t>
            </w:r>
          </w:p>
          <w:p w14:paraId="02E915BB" w14:textId="77777777" w:rsidR="00D30DE9" w:rsidRDefault="00000000" w:rsidP="00E471F5">
            <w:pPr>
              <w:jc w:val="center"/>
            </w:pPr>
            <w:r>
              <w:rPr>
                <w:highlight w:val="yellow"/>
              </w:rPr>
              <w:t>«____» __________ 20___ г.</w:t>
            </w:r>
          </w:p>
        </w:tc>
      </w:tr>
    </w:tbl>
    <w:p w14:paraId="0BD7CBB8" w14:textId="77777777" w:rsidR="00D30DE9" w:rsidRDefault="00D30DE9" w:rsidP="006568DC"/>
    <w:p w14:paraId="777D9FCA" w14:textId="77777777" w:rsidR="006568DC" w:rsidRDefault="006568DC" w:rsidP="006568DC">
      <w:pPr>
        <w:jc w:val="center"/>
        <w:rPr>
          <w:b/>
          <w:bCs/>
        </w:rPr>
      </w:pPr>
    </w:p>
    <w:p w14:paraId="16D3779B" w14:textId="77777777" w:rsidR="006568DC" w:rsidRDefault="006568DC" w:rsidP="006568DC">
      <w:pPr>
        <w:jc w:val="center"/>
        <w:rPr>
          <w:b/>
          <w:bCs/>
        </w:rPr>
      </w:pPr>
    </w:p>
    <w:p w14:paraId="70AF1760" w14:textId="296806A4" w:rsidR="00D30DE9" w:rsidRPr="00E471F5" w:rsidRDefault="00000000" w:rsidP="006568DC">
      <w:pPr>
        <w:jc w:val="center"/>
        <w:rPr>
          <w:b/>
          <w:bCs/>
        </w:rPr>
      </w:pPr>
      <w:r w:rsidRPr="00E471F5">
        <w:rPr>
          <w:b/>
          <w:bCs/>
        </w:rPr>
        <w:t>ТЕХНИЧЕСКОЕ ЗАДАНИЕ</w:t>
      </w:r>
    </w:p>
    <w:p w14:paraId="0820AD4C" w14:textId="77777777" w:rsidR="00D30DE9" w:rsidRPr="00E471F5" w:rsidRDefault="00000000" w:rsidP="006568DC">
      <w:pPr>
        <w:jc w:val="center"/>
        <w:rPr>
          <w:b/>
          <w:bCs/>
        </w:rPr>
      </w:pPr>
      <w:r w:rsidRPr="00E471F5">
        <w:rPr>
          <w:b/>
          <w:bCs/>
          <w:highlight w:val="yellow"/>
        </w:rPr>
        <w:t>[НАИМЕНОВАНИЕ ИЗДЕЛИЯ / СИСТЕМЫ / РАБОТЫ]</w:t>
      </w:r>
    </w:p>
    <w:p w14:paraId="68A4F3FB" w14:textId="77777777" w:rsidR="00D30DE9" w:rsidRPr="00E471F5" w:rsidRDefault="00000000" w:rsidP="006568DC">
      <w:pPr>
        <w:jc w:val="center"/>
        <w:rPr>
          <w:b/>
          <w:bCs/>
        </w:rPr>
      </w:pPr>
      <w:r w:rsidRPr="00E471F5">
        <w:rPr>
          <w:b/>
          <w:bCs/>
          <w:highlight w:val="yellow"/>
        </w:rPr>
        <w:t>[Обозначение документа]</w:t>
      </w:r>
    </w:p>
    <w:p w14:paraId="1B30C6F1" w14:textId="77777777" w:rsidR="00D30DE9" w:rsidRDefault="00D30DE9" w:rsidP="00771980"/>
    <w:p w14:paraId="2962DDA8" w14:textId="77777777" w:rsidR="006568DC" w:rsidRDefault="006568DC" w:rsidP="00771980"/>
    <w:p w14:paraId="394CCE76" w14:textId="77777777" w:rsidR="00D30DE9" w:rsidRPr="00AA660A" w:rsidRDefault="00000000" w:rsidP="00E471F5">
      <w:pPr>
        <w:spacing w:after="520" w:line="276" w:lineRule="auto"/>
        <w:ind w:firstLine="0"/>
        <w:rPr>
          <w:i/>
          <w:iCs/>
          <w:sz w:val="24"/>
          <w:szCs w:val="22"/>
        </w:rPr>
      </w:pPr>
      <w:r w:rsidRPr="00AA660A">
        <w:rPr>
          <w:i/>
          <w:iCs/>
          <w:sz w:val="24"/>
          <w:szCs w:val="22"/>
        </w:rPr>
        <w:t>Универсальный каркас. Удалите неприменимые разделы и заполните выделенные поля.</w:t>
      </w:r>
    </w:p>
    <w:p w14:paraId="52996693" w14:textId="77777777" w:rsidR="00D30DE9" w:rsidRPr="00FC34E6" w:rsidRDefault="00000000" w:rsidP="00771980">
      <w:r w:rsidRPr="00FC34E6">
        <w:br w:type="page"/>
      </w:r>
    </w:p>
    <w:p w14:paraId="2909FCBE" w14:textId="0B85E0D5" w:rsidR="00DC493E" w:rsidRDefault="00FC34E6" w:rsidP="00DC493E">
      <w:pPr>
        <w:jc w:val="center"/>
        <w:rPr>
          <w:b/>
        </w:rPr>
      </w:pPr>
      <w:r w:rsidRPr="00FC34E6">
        <w:rPr>
          <w:b/>
        </w:rPr>
        <w:lastRenderedPageBreak/>
        <w:t>Содержание</w:t>
      </w:r>
    </w:p>
    <w:bookmarkStart w:id="0" w:name="_Toc242609355"/>
    <w:p w14:paraId="56DA03E0" w14:textId="42084EEF" w:rsidR="009B4CA2" w:rsidRDefault="009B4CA2" w:rsidP="009B4CA2">
      <w:pPr>
        <w:pStyle w:val="14"/>
        <w:tabs>
          <w:tab w:val="left" w:pos="851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TOC \o "1-3" \u \t "Заголовок 4;1" </w:instrText>
      </w:r>
      <w:r>
        <w:rPr>
          <w:b/>
          <w:bCs/>
        </w:rPr>
        <w:fldChar w:fldCharType="separate"/>
      </w:r>
      <w:r w:rsidRPr="00511C43">
        <w:rPr>
          <w:rFonts w:cs="Times New Roman"/>
          <w:noProof/>
        </w:rPr>
        <w:t>1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Наименование и область применения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04D38F55" w14:textId="5F0EE3BE" w:rsidR="009B4CA2" w:rsidRDefault="009B4CA2" w:rsidP="009B4CA2">
      <w:pPr>
        <w:pStyle w:val="14"/>
        <w:tabs>
          <w:tab w:val="left" w:pos="851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2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Основание для разработки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432E5305" w14:textId="19B228CE" w:rsidR="009B4CA2" w:rsidRDefault="009B4CA2" w:rsidP="009B4CA2">
      <w:pPr>
        <w:pStyle w:val="14"/>
        <w:tabs>
          <w:tab w:val="left" w:pos="851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3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Цель и назначение разработки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6333C7EC" w14:textId="7D6147F9" w:rsidR="009B4CA2" w:rsidRDefault="009B4CA2" w:rsidP="009B4CA2">
      <w:pPr>
        <w:pStyle w:val="14"/>
        <w:tabs>
          <w:tab w:val="left" w:pos="851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4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Исходные данные и документы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54899228" w14:textId="301EB3E2" w:rsidR="009B4CA2" w:rsidRDefault="009B4CA2" w:rsidP="009B4CA2">
      <w:pPr>
        <w:pStyle w:val="14"/>
        <w:tabs>
          <w:tab w:val="left" w:pos="851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5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Технические требования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CB8F82D" w14:textId="6952D832" w:rsidR="009B4CA2" w:rsidRDefault="009B4CA2" w:rsidP="009B4CA2">
      <w:pPr>
        <w:pStyle w:val="2c"/>
        <w:tabs>
          <w:tab w:val="left" w:pos="851"/>
          <w:tab w:val="left" w:pos="144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5.1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Общие требования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1F15A28D" w14:textId="7CA809A4" w:rsidR="009B4CA2" w:rsidRDefault="009B4CA2" w:rsidP="009B4CA2">
      <w:pPr>
        <w:pStyle w:val="2c"/>
        <w:tabs>
          <w:tab w:val="left" w:pos="851"/>
          <w:tab w:val="left" w:pos="144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5.2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Функциональные и технические характеристики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1C09CAA6" w14:textId="2FBEB345" w:rsidR="009B4CA2" w:rsidRDefault="009B4CA2" w:rsidP="009B4CA2">
      <w:pPr>
        <w:pStyle w:val="2c"/>
        <w:tabs>
          <w:tab w:val="left" w:pos="851"/>
          <w:tab w:val="left" w:pos="144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5.3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Требования к конструкции и компоновке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_Toc242647632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3EB00A76" w14:textId="37F6ACF2" w:rsidR="009B4CA2" w:rsidRDefault="009B4CA2" w:rsidP="009B4CA2">
      <w:pPr>
        <w:pStyle w:val="2c"/>
        <w:tabs>
          <w:tab w:val="left" w:pos="851"/>
          <w:tab w:val="left" w:pos="144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5.4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Требования к составным частям и интерфейсам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_Toc242647633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028E27A3" w14:textId="2601496B" w:rsidR="009B4CA2" w:rsidRDefault="009B4CA2" w:rsidP="009B4CA2">
      <w:pPr>
        <w:pStyle w:val="2c"/>
        <w:tabs>
          <w:tab w:val="left" w:pos="851"/>
          <w:tab w:val="left" w:pos="144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5.5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Требования к материалам и комплектующим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229358BB" w14:textId="7DE030E2" w:rsidR="009B4CA2" w:rsidRDefault="009B4CA2" w:rsidP="009B4CA2">
      <w:pPr>
        <w:pStyle w:val="2c"/>
        <w:tabs>
          <w:tab w:val="left" w:pos="851"/>
          <w:tab w:val="left" w:pos="144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5.6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Требования к изготовлению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_Toc242647635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09BFC07A" w14:textId="16CB4C0E" w:rsidR="009B4CA2" w:rsidRDefault="009B4CA2" w:rsidP="009B4CA2">
      <w:pPr>
        <w:pStyle w:val="2c"/>
        <w:tabs>
          <w:tab w:val="left" w:pos="851"/>
          <w:tab w:val="left" w:pos="144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5.7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Требования устойчивости к внешним воздействиям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_Toc242647636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1C47B7D4" w14:textId="563123B2" w:rsidR="009B4CA2" w:rsidRDefault="009B4CA2" w:rsidP="009B4CA2">
      <w:pPr>
        <w:pStyle w:val="2c"/>
        <w:tabs>
          <w:tab w:val="left" w:pos="851"/>
          <w:tab w:val="left" w:pos="144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5.8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Требования надёжности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0663F9A4" w14:textId="65FF38B7" w:rsidR="009B4CA2" w:rsidRDefault="009B4CA2" w:rsidP="009B4CA2">
      <w:pPr>
        <w:pStyle w:val="2c"/>
        <w:tabs>
          <w:tab w:val="left" w:pos="851"/>
          <w:tab w:val="left" w:pos="144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5.9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Требования к ремонтопригодности и обслуживанию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_Toc242647638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446CAFD7" w14:textId="4062F8B9" w:rsidR="009B4CA2" w:rsidRDefault="009B4CA2" w:rsidP="009B4CA2">
      <w:pPr>
        <w:pStyle w:val="2c"/>
        <w:tabs>
          <w:tab w:val="left" w:pos="851"/>
          <w:tab w:val="left" w:pos="168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5.10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Комплектность и документация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_Toc242647639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18A2ABD7" w14:textId="26481313" w:rsidR="009B4CA2" w:rsidRDefault="009B4CA2" w:rsidP="009B4CA2">
      <w:pPr>
        <w:pStyle w:val="2c"/>
        <w:tabs>
          <w:tab w:val="left" w:pos="851"/>
          <w:tab w:val="left" w:pos="168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5.11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Маркировка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33A71DB0" w14:textId="34461273" w:rsidR="009B4CA2" w:rsidRDefault="009B4CA2" w:rsidP="009B4CA2">
      <w:pPr>
        <w:pStyle w:val="2c"/>
        <w:tabs>
          <w:tab w:val="left" w:pos="851"/>
          <w:tab w:val="left" w:pos="168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5.12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Консервация и упаковка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_Toc242647641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2D2AC6D3" w14:textId="1DFD3EEA" w:rsidR="009B4CA2" w:rsidRDefault="009B4CA2" w:rsidP="009B4CA2">
      <w:pPr>
        <w:pStyle w:val="14"/>
        <w:tabs>
          <w:tab w:val="left" w:pos="851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6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Требования безопасности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5D1A56FB" w14:textId="56DCCC57" w:rsidR="009B4CA2" w:rsidRDefault="009B4CA2" w:rsidP="009B4CA2">
      <w:pPr>
        <w:pStyle w:val="14"/>
        <w:tabs>
          <w:tab w:val="left" w:pos="851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7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Требования к приёмке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_Toc242647643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5687BC37" w14:textId="3529CA58" w:rsidR="009B4CA2" w:rsidRDefault="009B4CA2" w:rsidP="009B4CA2">
      <w:pPr>
        <w:pStyle w:val="14"/>
        <w:tabs>
          <w:tab w:val="left" w:pos="851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8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Методы контроля и испытаний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_Toc242647644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304C6C70" w14:textId="2013A86C" w:rsidR="009B4CA2" w:rsidRDefault="009B4CA2" w:rsidP="009B4CA2">
      <w:pPr>
        <w:pStyle w:val="14"/>
        <w:tabs>
          <w:tab w:val="left" w:pos="851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9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Транспортирование и хранение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7EE8D216" w14:textId="4D5AA3BB" w:rsidR="009B4CA2" w:rsidRDefault="009B4CA2" w:rsidP="009B4CA2">
      <w:pPr>
        <w:pStyle w:val="14"/>
        <w:tabs>
          <w:tab w:val="left" w:pos="851"/>
          <w:tab w:val="left" w:pos="120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10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Указания по эксплуатации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_Toc242647646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44D0882F" w14:textId="4E1CF5E9" w:rsidR="009B4CA2" w:rsidRDefault="009B4CA2" w:rsidP="009B4CA2">
      <w:pPr>
        <w:pStyle w:val="14"/>
        <w:tabs>
          <w:tab w:val="left" w:pos="851"/>
          <w:tab w:val="left" w:pos="120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11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Гарантии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0F054606" w14:textId="14B02664" w:rsidR="009B4CA2" w:rsidRDefault="009B4CA2" w:rsidP="009B4CA2">
      <w:pPr>
        <w:pStyle w:val="14"/>
        <w:tabs>
          <w:tab w:val="left" w:pos="851"/>
          <w:tab w:val="left" w:pos="120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12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Перечень сокращений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585C0A94" w14:textId="37F9F232" w:rsidR="009B4CA2" w:rsidRDefault="009B4CA2" w:rsidP="009B4CA2">
      <w:pPr>
        <w:pStyle w:val="14"/>
        <w:tabs>
          <w:tab w:val="left" w:pos="851"/>
          <w:tab w:val="left" w:pos="1200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 w:rsidRPr="00511C43">
        <w:rPr>
          <w:rFonts w:cs="Times New Roman"/>
          <w:noProof/>
        </w:rPr>
        <w:t>13</w:t>
      </w:r>
      <w:r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  <w:tab/>
      </w:r>
      <w:r>
        <w:rPr>
          <w:noProof/>
        </w:rPr>
        <w:t>Стадии и этапы разработки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_Toc242647649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5E0EA4A8" w14:textId="7B92DE43" w:rsidR="009B4CA2" w:rsidRDefault="009B4CA2" w:rsidP="009B4CA2">
      <w:pPr>
        <w:pStyle w:val="14"/>
        <w:tabs>
          <w:tab w:val="left" w:pos="851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>
        <w:rPr>
          <w:noProof/>
        </w:rPr>
        <w:t>Приложение А (обязательное)  Основные технические характеристики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_Toc242647650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14:paraId="72CFB983" w14:textId="72A02859" w:rsidR="009B4CA2" w:rsidRDefault="009B4CA2" w:rsidP="009B4CA2">
      <w:pPr>
        <w:pStyle w:val="14"/>
        <w:tabs>
          <w:tab w:val="left" w:pos="851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>
        <w:rPr>
          <w:noProof/>
        </w:rPr>
        <w:lastRenderedPageBreak/>
        <w:t xml:space="preserve">Приложение Б (обязательное) Условия эксплуатации и внешние </w:t>
      </w:r>
      <w:r>
        <w:rPr>
          <w:noProof/>
        </w:rPr>
        <w:br/>
        <w:t>воздействия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_Toc242647651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14:paraId="260CD9CB" w14:textId="6D31D3F7" w:rsidR="009B4CA2" w:rsidRDefault="009B4CA2" w:rsidP="009B4CA2">
      <w:pPr>
        <w:pStyle w:val="14"/>
        <w:tabs>
          <w:tab w:val="left" w:pos="851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>
        <w:rPr>
          <w:noProof/>
        </w:rPr>
        <w:t>Приложение В  (обязательное) Объём контроля и испытаний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_Toc242647652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14:paraId="560BF652" w14:textId="59E18E16" w:rsidR="009B4CA2" w:rsidRDefault="009B4CA2" w:rsidP="009B4CA2">
      <w:pPr>
        <w:pStyle w:val="14"/>
        <w:tabs>
          <w:tab w:val="left" w:pos="851"/>
          <w:tab w:val="right" w:leader="dot" w:pos="9963"/>
        </w:tabs>
        <w:spacing w:after="0"/>
        <w:ind w:firstLine="0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>
        <w:rPr>
          <w:noProof/>
        </w:rPr>
        <w:t>Ссылочные нормативные документы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_Toc242647653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14:paraId="23F57CC3" w14:textId="60933F3F" w:rsidR="009B4CA2" w:rsidRDefault="009B4CA2" w:rsidP="009B4CA2">
      <w:pPr>
        <w:pStyle w:val="14"/>
        <w:tabs>
          <w:tab w:val="left" w:pos="851"/>
          <w:tab w:val="right" w:leader="dot" w:pos="9963"/>
        </w:tabs>
        <w:spacing w:after="0"/>
        <w:ind w:firstLine="0"/>
        <w:rPr>
          <w:noProof/>
        </w:rPr>
      </w:pPr>
      <w:r>
        <w:rPr>
          <w:noProof/>
        </w:rPr>
        <w:t>Лист согласования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_Toc242647654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14:paraId="4F6C39A3" w14:textId="4A7EE7C1" w:rsidR="009B4CA2" w:rsidRDefault="009B4CA2" w:rsidP="009B4CA2">
      <w:pPr>
        <w:rPr>
          <w:rFonts w:eastAsiaTheme="minorEastAsia"/>
          <w:noProof/>
        </w:rPr>
      </w:pPr>
      <w:r>
        <w:rPr>
          <w:rFonts w:eastAsiaTheme="minorEastAsia"/>
          <w:noProof/>
        </w:rPr>
        <w:br w:type="page"/>
      </w:r>
    </w:p>
    <w:p w14:paraId="018DC530" w14:textId="77777777" w:rsidR="009B4CA2" w:rsidRPr="009B4CA2" w:rsidRDefault="009B4CA2" w:rsidP="009B4CA2">
      <w:pPr>
        <w:rPr>
          <w:rFonts w:eastAsiaTheme="minorEastAsia"/>
          <w:noProof/>
        </w:rPr>
      </w:pPr>
    </w:p>
    <w:p w14:paraId="59206B40" w14:textId="1BBFF792" w:rsidR="00D30DE9" w:rsidRPr="00AA660A" w:rsidRDefault="009B4CA2" w:rsidP="00AA660A">
      <w:pPr>
        <w:pStyle w:val="1"/>
      </w:pPr>
      <w:r>
        <w:rPr>
          <w:rFonts w:cstheme="minorBidi"/>
          <w:b w:val="0"/>
          <w:bCs w:val="0"/>
          <w:sz w:val="28"/>
          <w:szCs w:val="28"/>
        </w:rPr>
        <w:fldChar w:fldCharType="end"/>
      </w:r>
      <w:bookmarkStart w:id="1" w:name="_Toc242647625"/>
      <w:r w:rsidRPr="00AA660A">
        <w:t>Наименование и область применения</w:t>
      </w:r>
      <w:bookmarkEnd w:id="0"/>
      <w:bookmarkEnd w:id="1"/>
    </w:p>
    <w:p w14:paraId="4BBF57BB" w14:textId="77777777" w:rsidR="00D30DE9" w:rsidRPr="00CF1AFF" w:rsidRDefault="00000000" w:rsidP="00771980">
      <w:r w:rsidRPr="00CF1AFF">
        <w:rPr>
          <w:highlight w:val="yellow"/>
        </w:rPr>
        <w:t>[Укажите полное наименование изделия, системы, услуги или работы, на которую распространяется настоящее техническое задание.]</w:t>
      </w:r>
    </w:p>
    <w:p w14:paraId="069586D7" w14:textId="77777777" w:rsidR="00D30DE9" w:rsidRPr="00CF1AFF" w:rsidRDefault="00000000" w:rsidP="00771980">
      <w:r w:rsidRPr="00CF1AFF">
        <w:rPr>
          <w:highlight w:val="yellow"/>
        </w:rPr>
        <w:t>[Опишите назначение и область применения: где, кем и в каких условиях будет использоваться результат разработки.]</w:t>
      </w:r>
    </w:p>
    <w:p w14:paraId="31629AC8" w14:textId="77777777" w:rsidR="00D30DE9" w:rsidRPr="00D313AF" w:rsidRDefault="00000000" w:rsidP="00771980">
      <w:pPr>
        <w:rPr>
          <w:i/>
          <w:iCs/>
        </w:rPr>
      </w:pPr>
      <w:r w:rsidRPr="00D313AF">
        <w:rPr>
          <w:i/>
          <w:iCs/>
        </w:rPr>
        <w:t>Подсказка</w:t>
      </w:r>
      <w:proofErr w:type="gramStart"/>
      <w:r w:rsidRPr="00D313AF">
        <w:rPr>
          <w:i/>
          <w:iCs/>
        </w:rPr>
        <w:t>: Не</w:t>
      </w:r>
      <w:proofErr w:type="gramEnd"/>
      <w:r w:rsidRPr="00D313AF">
        <w:rPr>
          <w:i/>
          <w:iCs/>
        </w:rPr>
        <w:t xml:space="preserve"> включайте сюда детальные характеристики — их лучше вынести в раздел 5.</w:t>
      </w:r>
    </w:p>
    <w:p w14:paraId="2ED8B8BC" w14:textId="2F466EED" w:rsidR="00D30DE9" w:rsidRPr="00FC34E6" w:rsidRDefault="00000000" w:rsidP="00415294">
      <w:pPr>
        <w:pStyle w:val="1"/>
      </w:pPr>
      <w:bookmarkStart w:id="2" w:name="_Toc242609356"/>
      <w:bookmarkStart w:id="3" w:name="_Toc242647626"/>
      <w:r w:rsidRPr="00FC34E6">
        <w:t>Основание для разработки</w:t>
      </w:r>
      <w:bookmarkEnd w:id="2"/>
      <w:bookmarkEnd w:id="3"/>
    </w:p>
    <w:p w14:paraId="4B33C21D" w14:textId="77777777" w:rsidR="00D30DE9" w:rsidRPr="00CF1AFF" w:rsidRDefault="00000000" w:rsidP="00771980">
      <w:r w:rsidRPr="00CF1AFF">
        <w:rPr>
          <w:highlight w:val="yellow"/>
        </w:rPr>
        <w:t>[Укажите договор, заявку, решение, план работ, техническое предложение, протокол или иной документ, являющийся основанием для разработки.]</w:t>
      </w:r>
    </w:p>
    <w:p w14:paraId="1BAAA6C2" w14:textId="0628BB3E" w:rsidR="00D30DE9" w:rsidRPr="00CF1AFF" w:rsidRDefault="00000000" w:rsidP="000B5BDD">
      <w:pPr>
        <w:pStyle w:val="a1"/>
      </w:pPr>
      <w:r w:rsidRPr="00CF1AFF">
        <w:rPr>
          <w:highlight w:val="yellow"/>
        </w:rPr>
        <w:t>[Заказчик: наименование организации]</w:t>
      </w:r>
      <w:r w:rsidR="007E11C1">
        <w:t>;</w:t>
      </w:r>
    </w:p>
    <w:p w14:paraId="7CCC1A3E" w14:textId="63A3F4F1" w:rsidR="00D30DE9" w:rsidRPr="00CF1AFF" w:rsidRDefault="00000000" w:rsidP="000B5BDD">
      <w:pPr>
        <w:pStyle w:val="a1"/>
        <w:rPr>
          <w:highlight w:val="yellow"/>
        </w:rPr>
      </w:pPr>
      <w:r w:rsidRPr="00CF1AFF">
        <w:rPr>
          <w:highlight w:val="yellow"/>
        </w:rPr>
        <w:t>[Разработчик: наименование организации]</w:t>
      </w:r>
      <w:r w:rsidR="007E11C1">
        <w:rPr>
          <w:highlight w:val="yellow"/>
        </w:rPr>
        <w:t>;</w:t>
      </w:r>
    </w:p>
    <w:p w14:paraId="3D17BE73" w14:textId="48195A7D" w:rsidR="00D30DE9" w:rsidRPr="00CF1AFF" w:rsidRDefault="00000000" w:rsidP="000B5BDD">
      <w:pPr>
        <w:pStyle w:val="a1"/>
        <w:rPr>
          <w:highlight w:val="yellow"/>
        </w:rPr>
      </w:pPr>
      <w:r w:rsidRPr="00CF1AFF">
        <w:rPr>
          <w:highlight w:val="yellow"/>
        </w:rPr>
        <w:t>[Изготовитель / исполнитель: при наличии]</w:t>
      </w:r>
      <w:r w:rsidR="007E11C1">
        <w:rPr>
          <w:highlight w:val="yellow"/>
        </w:rPr>
        <w:t>;</w:t>
      </w:r>
    </w:p>
    <w:p w14:paraId="52F21A6B" w14:textId="0FB1400F" w:rsidR="00D30DE9" w:rsidRPr="00CF1AFF" w:rsidRDefault="00000000" w:rsidP="000B5BDD">
      <w:pPr>
        <w:pStyle w:val="a1"/>
        <w:rPr>
          <w:highlight w:val="yellow"/>
        </w:rPr>
      </w:pPr>
      <w:r w:rsidRPr="00CF1AFF">
        <w:rPr>
          <w:highlight w:val="yellow"/>
        </w:rPr>
        <w:t xml:space="preserve"> [Иные участники проекта: при наличии]</w:t>
      </w:r>
      <w:r w:rsidR="007E11C1">
        <w:rPr>
          <w:highlight w:val="yellow"/>
        </w:rPr>
        <w:t>.</w:t>
      </w:r>
    </w:p>
    <w:p w14:paraId="2CEC5024" w14:textId="77777777" w:rsidR="00D30DE9" w:rsidRPr="00CF1AFF" w:rsidRDefault="00000000" w:rsidP="00771980">
      <w:r w:rsidRPr="00CF1AFF">
        <w:rPr>
          <w:highlight w:val="yellow"/>
        </w:rPr>
        <w:t>[При необходимости укажите, что ТЗ может уточняться и дополняться по согласованию сторон.]</w:t>
      </w:r>
    </w:p>
    <w:p w14:paraId="00CB43AF" w14:textId="081814C7" w:rsidR="00D30DE9" w:rsidRPr="00FC34E6" w:rsidRDefault="00000000" w:rsidP="00415294">
      <w:pPr>
        <w:pStyle w:val="1"/>
      </w:pPr>
      <w:bookmarkStart w:id="4" w:name="_Toc242609357"/>
      <w:bookmarkStart w:id="5" w:name="_Toc242647627"/>
      <w:r w:rsidRPr="00FC34E6">
        <w:t>Цель и назначение разработки</w:t>
      </w:r>
      <w:bookmarkEnd w:id="4"/>
      <w:bookmarkEnd w:id="5"/>
    </w:p>
    <w:p w14:paraId="10F03272" w14:textId="77777777" w:rsidR="00D30DE9" w:rsidRPr="00CF1AFF" w:rsidRDefault="00000000" w:rsidP="00771980">
      <w:r w:rsidRPr="00CF1AFF">
        <w:rPr>
          <w:highlight w:val="yellow"/>
        </w:rPr>
        <w:t>[Сформулируйте цель разработки: какой результат должен быть получен и какую задачу он должен решать.]</w:t>
      </w:r>
    </w:p>
    <w:p w14:paraId="69CBF6C9" w14:textId="77777777" w:rsidR="00D30DE9" w:rsidRPr="00CF1AFF" w:rsidRDefault="00000000" w:rsidP="00771980">
      <w:r w:rsidRPr="00CF1AFF">
        <w:rPr>
          <w:highlight w:val="yellow"/>
        </w:rPr>
        <w:t>[Укажите назначение результата разработки и ожидаемый эффект от его применения.]</w:t>
      </w:r>
    </w:p>
    <w:p w14:paraId="50C76B47" w14:textId="1EE1CD98" w:rsidR="00D30DE9" w:rsidRPr="00FC34E6" w:rsidRDefault="00000000" w:rsidP="00415294">
      <w:pPr>
        <w:pStyle w:val="1"/>
      </w:pPr>
      <w:bookmarkStart w:id="6" w:name="_Toc242609358"/>
      <w:bookmarkStart w:id="7" w:name="_Toc242647628"/>
      <w:r w:rsidRPr="00FC34E6">
        <w:lastRenderedPageBreak/>
        <w:t>Исходные данные и документы</w:t>
      </w:r>
      <w:bookmarkEnd w:id="6"/>
      <w:bookmarkEnd w:id="7"/>
    </w:p>
    <w:p w14:paraId="0D6B5452" w14:textId="77777777" w:rsidR="00D30DE9" w:rsidRPr="00C4256E" w:rsidRDefault="00000000" w:rsidP="00771980">
      <w:r w:rsidRPr="00C4256E">
        <w:rPr>
          <w:highlight w:val="yellow"/>
        </w:rPr>
        <w:t>[Перечислите исходные требования, спецификации, договоры, технические условия, чертежи, нормативные документы, результаты обследований и иные исходные данные.]</w:t>
      </w:r>
    </w:p>
    <w:p w14:paraId="698E72E0" w14:textId="053FD8C0" w:rsidR="00D30DE9" w:rsidRPr="00C4256E" w:rsidRDefault="00000000" w:rsidP="00771980">
      <w:pPr>
        <w:pStyle w:val="af"/>
        <w:numPr>
          <w:ilvl w:val="0"/>
          <w:numId w:val="11"/>
        </w:numPr>
        <w:rPr>
          <w:highlight w:val="yellow"/>
        </w:rPr>
      </w:pPr>
      <w:r w:rsidRPr="00C4256E">
        <w:rPr>
          <w:highlight w:val="yellow"/>
        </w:rPr>
        <w:t>[Документ / источник № 1]</w:t>
      </w:r>
      <w:r w:rsidR="002D5BD7">
        <w:rPr>
          <w:highlight w:val="yellow"/>
        </w:rPr>
        <w:t>;</w:t>
      </w:r>
    </w:p>
    <w:p w14:paraId="18D9F835" w14:textId="7D6AF079" w:rsidR="00D30DE9" w:rsidRPr="00C4256E" w:rsidRDefault="00000000" w:rsidP="00771980">
      <w:pPr>
        <w:pStyle w:val="af"/>
        <w:numPr>
          <w:ilvl w:val="0"/>
          <w:numId w:val="11"/>
        </w:numPr>
        <w:rPr>
          <w:highlight w:val="yellow"/>
        </w:rPr>
      </w:pPr>
      <w:r w:rsidRPr="00C4256E">
        <w:rPr>
          <w:highlight w:val="yellow"/>
        </w:rPr>
        <w:t>[Документ / источник № 2]</w:t>
      </w:r>
      <w:r w:rsidR="002D5BD7">
        <w:rPr>
          <w:highlight w:val="yellow"/>
        </w:rPr>
        <w:t>;</w:t>
      </w:r>
    </w:p>
    <w:p w14:paraId="7D13D441" w14:textId="0A98510A" w:rsidR="00D30DE9" w:rsidRPr="00C4256E" w:rsidRDefault="00000000" w:rsidP="00771980">
      <w:pPr>
        <w:pStyle w:val="af"/>
        <w:numPr>
          <w:ilvl w:val="0"/>
          <w:numId w:val="11"/>
        </w:numPr>
        <w:rPr>
          <w:highlight w:val="yellow"/>
        </w:rPr>
      </w:pPr>
      <w:r w:rsidRPr="00C4256E">
        <w:rPr>
          <w:highlight w:val="yellow"/>
        </w:rPr>
        <w:t>[Документ / источник № 3]</w:t>
      </w:r>
      <w:r w:rsidR="002D5BD7">
        <w:rPr>
          <w:highlight w:val="yellow"/>
        </w:rPr>
        <w:t>.</w:t>
      </w:r>
    </w:p>
    <w:p w14:paraId="7CC2BAFE" w14:textId="77777777" w:rsidR="00D30DE9" w:rsidRPr="004761CF" w:rsidRDefault="00000000" w:rsidP="00771980">
      <w:pPr>
        <w:rPr>
          <w:i/>
          <w:iCs/>
        </w:rPr>
      </w:pPr>
      <w:r w:rsidRPr="004761CF">
        <w:rPr>
          <w:i/>
          <w:iCs/>
        </w:rPr>
        <w:t>Подсказка: Оставляйте только документы, реально используемые при разработке.</w:t>
      </w:r>
    </w:p>
    <w:p w14:paraId="558CAC5E" w14:textId="0FEA6E02" w:rsidR="00D30DE9" w:rsidRPr="00415294" w:rsidRDefault="00000000" w:rsidP="00415294">
      <w:pPr>
        <w:pStyle w:val="1"/>
      </w:pPr>
      <w:bookmarkStart w:id="8" w:name="_Toc242609359"/>
      <w:bookmarkStart w:id="9" w:name="_Toc242647629"/>
      <w:r w:rsidRPr="00415294">
        <w:t>Технические требования</w:t>
      </w:r>
      <w:bookmarkEnd w:id="8"/>
      <w:bookmarkEnd w:id="9"/>
    </w:p>
    <w:p w14:paraId="10BD6300" w14:textId="3C28839C" w:rsidR="00D30DE9" w:rsidRPr="00C4256E" w:rsidRDefault="00000000" w:rsidP="000A1680">
      <w:pPr>
        <w:pStyle w:val="21"/>
      </w:pPr>
      <w:bookmarkStart w:id="10" w:name="_Toc242609360"/>
      <w:bookmarkStart w:id="11" w:name="_Toc242647630"/>
      <w:r w:rsidRPr="00C4256E">
        <w:t>Общие требования</w:t>
      </w:r>
      <w:bookmarkEnd w:id="10"/>
      <w:bookmarkEnd w:id="11"/>
    </w:p>
    <w:p w14:paraId="4C8BAA1A" w14:textId="77777777" w:rsidR="00D30DE9" w:rsidRPr="006526ED" w:rsidRDefault="00000000" w:rsidP="00771980">
      <w:r w:rsidRPr="006526ED">
        <w:rPr>
          <w:highlight w:val="yellow"/>
        </w:rPr>
        <w:t>[Опишите общие требования к результату разработки, применимую нормативную базу, основные ограничения и условия проектирования.]</w:t>
      </w:r>
    </w:p>
    <w:p w14:paraId="25097CA4" w14:textId="3430080C" w:rsidR="00D30DE9" w:rsidRPr="006526ED" w:rsidRDefault="00000000" w:rsidP="003F31E1">
      <w:pPr>
        <w:pStyle w:val="a1"/>
        <w:rPr>
          <w:highlight w:val="yellow"/>
        </w:rPr>
      </w:pPr>
      <w:r w:rsidRPr="006526ED">
        <w:rPr>
          <w:highlight w:val="yellow"/>
        </w:rPr>
        <w:t xml:space="preserve"> [Требование к соответствию нормативным документам]</w:t>
      </w:r>
      <w:r w:rsidR="002D5BD7">
        <w:rPr>
          <w:highlight w:val="yellow"/>
        </w:rPr>
        <w:t>;</w:t>
      </w:r>
    </w:p>
    <w:p w14:paraId="77FF6735" w14:textId="31B1905F" w:rsidR="00D30DE9" w:rsidRPr="006526ED" w:rsidRDefault="00000000" w:rsidP="003F31E1">
      <w:pPr>
        <w:pStyle w:val="a1"/>
        <w:rPr>
          <w:highlight w:val="yellow"/>
        </w:rPr>
      </w:pPr>
      <w:r w:rsidRPr="006526ED">
        <w:rPr>
          <w:highlight w:val="yellow"/>
        </w:rPr>
        <w:t xml:space="preserve"> [Основные исходные параметры / ограничения]</w:t>
      </w:r>
      <w:r w:rsidR="002D5BD7">
        <w:rPr>
          <w:highlight w:val="yellow"/>
        </w:rPr>
        <w:t>;</w:t>
      </w:r>
    </w:p>
    <w:p w14:paraId="1C274EF9" w14:textId="03FC6874" w:rsidR="00D30DE9" w:rsidRPr="006526ED" w:rsidRDefault="00000000" w:rsidP="003F31E1">
      <w:pPr>
        <w:pStyle w:val="a1"/>
        <w:rPr>
          <w:highlight w:val="yellow"/>
        </w:rPr>
      </w:pPr>
      <w:r w:rsidRPr="006526ED">
        <w:rPr>
          <w:highlight w:val="yellow"/>
        </w:rPr>
        <w:t xml:space="preserve"> [Допустимые уточнения характеристик в процессе разработки]</w:t>
      </w:r>
      <w:r w:rsidR="002D5BD7">
        <w:rPr>
          <w:highlight w:val="yellow"/>
        </w:rPr>
        <w:t>.</w:t>
      </w:r>
    </w:p>
    <w:p w14:paraId="2B0D5D88" w14:textId="77777777" w:rsidR="00D30DE9" w:rsidRPr="006526ED" w:rsidRDefault="00000000" w:rsidP="00771980">
      <w:r w:rsidRPr="006526ED">
        <w:t>Основные технические характеристики рекомендуется свести в таблицу.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D30DE9" w:rsidRPr="006526ED" w14:paraId="00F24589" w14:textId="77777777" w:rsidTr="006526ED">
        <w:trPr>
          <w:trHeight w:val="589"/>
          <w:jc w:val="center"/>
        </w:trPr>
        <w:tc>
          <w:tcPr>
            <w:tcW w:w="3324" w:type="dxa"/>
            <w:tcBorders>
              <w:bottom w:val="double" w:sz="4" w:space="0" w:color="auto"/>
            </w:tcBorders>
            <w:vAlign w:val="center"/>
          </w:tcPr>
          <w:p w14:paraId="559F792D" w14:textId="77777777" w:rsidR="005F2136" w:rsidRDefault="00000000" w:rsidP="005F2136">
            <w:pPr>
              <w:ind w:firstLine="0"/>
              <w:jc w:val="center"/>
            </w:pPr>
            <w:r w:rsidRPr="006526ED">
              <w:t>Параметр /</w:t>
            </w:r>
          </w:p>
          <w:p w14:paraId="3AC9F14A" w14:textId="39D58036" w:rsidR="00D30DE9" w:rsidRPr="006526ED" w:rsidRDefault="00000000" w:rsidP="005F2136">
            <w:pPr>
              <w:ind w:firstLine="0"/>
              <w:jc w:val="center"/>
            </w:pPr>
            <w:r w:rsidRPr="006526ED">
              <w:t>характеристика</w:t>
            </w:r>
          </w:p>
        </w:tc>
        <w:tc>
          <w:tcPr>
            <w:tcW w:w="3324" w:type="dxa"/>
            <w:tcBorders>
              <w:bottom w:val="double" w:sz="4" w:space="0" w:color="auto"/>
            </w:tcBorders>
            <w:vAlign w:val="center"/>
          </w:tcPr>
          <w:p w14:paraId="703A7746" w14:textId="77777777" w:rsidR="00D30DE9" w:rsidRPr="006526ED" w:rsidRDefault="00000000" w:rsidP="00771980">
            <w:r w:rsidRPr="006526ED">
              <w:t>Требуемое значение</w:t>
            </w:r>
          </w:p>
        </w:tc>
        <w:tc>
          <w:tcPr>
            <w:tcW w:w="3324" w:type="dxa"/>
            <w:tcBorders>
              <w:bottom w:val="double" w:sz="4" w:space="0" w:color="auto"/>
            </w:tcBorders>
            <w:vAlign w:val="center"/>
          </w:tcPr>
          <w:p w14:paraId="0DFEBF01" w14:textId="77777777" w:rsidR="00D30DE9" w:rsidRPr="006526ED" w:rsidRDefault="00000000" w:rsidP="00771980">
            <w:r w:rsidRPr="006526ED">
              <w:t>Примечание</w:t>
            </w:r>
          </w:p>
        </w:tc>
      </w:tr>
      <w:tr w:rsidR="00D30DE9" w:rsidRPr="006526ED" w14:paraId="0D8BDE52" w14:textId="77777777" w:rsidTr="006526ED">
        <w:trPr>
          <w:trHeight w:val="510"/>
          <w:jc w:val="center"/>
        </w:trPr>
        <w:tc>
          <w:tcPr>
            <w:tcW w:w="3324" w:type="dxa"/>
            <w:tcBorders>
              <w:top w:val="double" w:sz="4" w:space="0" w:color="auto"/>
            </w:tcBorders>
            <w:vAlign w:val="center"/>
          </w:tcPr>
          <w:p w14:paraId="16595EE7" w14:textId="77777777" w:rsidR="005F2136" w:rsidRDefault="00000000" w:rsidP="00803108">
            <w:pPr>
              <w:ind w:firstLine="0"/>
              <w:rPr>
                <w:highlight w:val="yellow"/>
              </w:rPr>
            </w:pPr>
            <w:r w:rsidRPr="006526ED">
              <w:rPr>
                <w:highlight w:val="yellow"/>
              </w:rPr>
              <w:t xml:space="preserve">[Наименование </w:t>
            </w:r>
          </w:p>
          <w:p w14:paraId="696246C6" w14:textId="4EA47640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>параметра]</w:t>
            </w:r>
          </w:p>
        </w:tc>
        <w:tc>
          <w:tcPr>
            <w:tcW w:w="3324" w:type="dxa"/>
            <w:tcBorders>
              <w:top w:val="double" w:sz="4" w:space="0" w:color="auto"/>
            </w:tcBorders>
            <w:vAlign w:val="center"/>
          </w:tcPr>
          <w:p w14:paraId="7A4207FF" w14:textId="77777777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>[Значение / диапазон]</w:t>
            </w:r>
          </w:p>
        </w:tc>
        <w:tc>
          <w:tcPr>
            <w:tcW w:w="3324" w:type="dxa"/>
            <w:tcBorders>
              <w:top w:val="double" w:sz="4" w:space="0" w:color="auto"/>
            </w:tcBorders>
            <w:vAlign w:val="center"/>
          </w:tcPr>
          <w:p w14:paraId="5239C6C9" w14:textId="77777777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>[При необходимости]</w:t>
            </w:r>
          </w:p>
        </w:tc>
      </w:tr>
      <w:tr w:rsidR="00D30DE9" w:rsidRPr="006526ED" w14:paraId="6F4E643D" w14:textId="77777777" w:rsidTr="006526ED">
        <w:trPr>
          <w:trHeight w:val="510"/>
          <w:jc w:val="center"/>
        </w:trPr>
        <w:tc>
          <w:tcPr>
            <w:tcW w:w="3324" w:type="dxa"/>
            <w:vAlign w:val="center"/>
          </w:tcPr>
          <w:p w14:paraId="1803EDAF" w14:textId="77777777" w:rsidR="005F2136" w:rsidRDefault="00000000" w:rsidP="00803108">
            <w:pPr>
              <w:ind w:firstLine="0"/>
              <w:rPr>
                <w:highlight w:val="yellow"/>
              </w:rPr>
            </w:pPr>
            <w:r w:rsidRPr="006526ED">
              <w:rPr>
                <w:highlight w:val="yellow"/>
              </w:rPr>
              <w:t>[Наименование</w:t>
            </w:r>
          </w:p>
          <w:p w14:paraId="49DCA656" w14:textId="4B5BB38C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 xml:space="preserve"> параметра]</w:t>
            </w:r>
          </w:p>
        </w:tc>
        <w:tc>
          <w:tcPr>
            <w:tcW w:w="3324" w:type="dxa"/>
            <w:vAlign w:val="center"/>
          </w:tcPr>
          <w:p w14:paraId="30E61413" w14:textId="77777777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>[Значение / диапазон]</w:t>
            </w:r>
          </w:p>
        </w:tc>
        <w:tc>
          <w:tcPr>
            <w:tcW w:w="3324" w:type="dxa"/>
            <w:vAlign w:val="center"/>
          </w:tcPr>
          <w:p w14:paraId="059CE6C9" w14:textId="77777777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>[При необходимости]</w:t>
            </w:r>
          </w:p>
        </w:tc>
      </w:tr>
      <w:tr w:rsidR="00D30DE9" w:rsidRPr="006526ED" w14:paraId="0AEE3FD6" w14:textId="77777777" w:rsidTr="006526ED">
        <w:trPr>
          <w:trHeight w:val="510"/>
          <w:jc w:val="center"/>
        </w:trPr>
        <w:tc>
          <w:tcPr>
            <w:tcW w:w="3324" w:type="dxa"/>
            <w:vAlign w:val="center"/>
          </w:tcPr>
          <w:p w14:paraId="44AA1105" w14:textId="77777777" w:rsidR="005F2136" w:rsidRDefault="00000000" w:rsidP="00803108">
            <w:pPr>
              <w:ind w:firstLine="0"/>
              <w:rPr>
                <w:highlight w:val="yellow"/>
              </w:rPr>
            </w:pPr>
            <w:r w:rsidRPr="006526ED">
              <w:rPr>
                <w:highlight w:val="yellow"/>
              </w:rPr>
              <w:t xml:space="preserve">[Наименование </w:t>
            </w:r>
          </w:p>
          <w:p w14:paraId="2D687358" w14:textId="679B1CBB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>параметра]</w:t>
            </w:r>
          </w:p>
        </w:tc>
        <w:tc>
          <w:tcPr>
            <w:tcW w:w="3324" w:type="dxa"/>
            <w:vAlign w:val="center"/>
          </w:tcPr>
          <w:p w14:paraId="1B1DC220" w14:textId="77777777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>[Значение / диапазон]</w:t>
            </w:r>
          </w:p>
        </w:tc>
        <w:tc>
          <w:tcPr>
            <w:tcW w:w="3324" w:type="dxa"/>
            <w:vAlign w:val="center"/>
          </w:tcPr>
          <w:p w14:paraId="5FAD0038" w14:textId="77777777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>[При необходимости]</w:t>
            </w:r>
          </w:p>
        </w:tc>
      </w:tr>
      <w:tr w:rsidR="00D30DE9" w:rsidRPr="006526ED" w14:paraId="3F0F5E0F" w14:textId="77777777" w:rsidTr="006526ED">
        <w:trPr>
          <w:trHeight w:val="510"/>
          <w:jc w:val="center"/>
        </w:trPr>
        <w:tc>
          <w:tcPr>
            <w:tcW w:w="3324" w:type="dxa"/>
            <w:vAlign w:val="center"/>
          </w:tcPr>
          <w:p w14:paraId="04B8AF99" w14:textId="77777777" w:rsidR="005F2136" w:rsidRDefault="00000000" w:rsidP="00803108">
            <w:pPr>
              <w:ind w:firstLine="0"/>
              <w:rPr>
                <w:highlight w:val="yellow"/>
              </w:rPr>
            </w:pPr>
            <w:r w:rsidRPr="006526ED">
              <w:rPr>
                <w:highlight w:val="yellow"/>
              </w:rPr>
              <w:lastRenderedPageBreak/>
              <w:t xml:space="preserve">[Наименование </w:t>
            </w:r>
          </w:p>
          <w:p w14:paraId="71139FE6" w14:textId="11D71E78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>параметра]</w:t>
            </w:r>
          </w:p>
        </w:tc>
        <w:tc>
          <w:tcPr>
            <w:tcW w:w="3324" w:type="dxa"/>
            <w:vAlign w:val="center"/>
          </w:tcPr>
          <w:p w14:paraId="18EA2C60" w14:textId="77777777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>[Значение / диапазон]</w:t>
            </w:r>
          </w:p>
        </w:tc>
        <w:tc>
          <w:tcPr>
            <w:tcW w:w="3324" w:type="dxa"/>
            <w:vAlign w:val="center"/>
          </w:tcPr>
          <w:p w14:paraId="6AB50F0D" w14:textId="77777777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>[При необходимости]</w:t>
            </w:r>
          </w:p>
        </w:tc>
      </w:tr>
      <w:tr w:rsidR="00D30DE9" w:rsidRPr="006526ED" w14:paraId="02108A72" w14:textId="77777777" w:rsidTr="006526ED">
        <w:trPr>
          <w:trHeight w:val="510"/>
          <w:jc w:val="center"/>
        </w:trPr>
        <w:tc>
          <w:tcPr>
            <w:tcW w:w="3324" w:type="dxa"/>
            <w:vAlign w:val="center"/>
          </w:tcPr>
          <w:p w14:paraId="609C4F4D" w14:textId="77777777" w:rsidR="005F2136" w:rsidRDefault="00000000" w:rsidP="00803108">
            <w:pPr>
              <w:ind w:firstLine="0"/>
              <w:rPr>
                <w:highlight w:val="yellow"/>
              </w:rPr>
            </w:pPr>
            <w:r w:rsidRPr="006526ED">
              <w:rPr>
                <w:highlight w:val="yellow"/>
              </w:rPr>
              <w:t xml:space="preserve">[Наименование </w:t>
            </w:r>
          </w:p>
          <w:p w14:paraId="4B983459" w14:textId="3C35376E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>параметра]</w:t>
            </w:r>
          </w:p>
        </w:tc>
        <w:tc>
          <w:tcPr>
            <w:tcW w:w="3324" w:type="dxa"/>
            <w:vAlign w:val="center"/>
          </w:tcPr>
          <w:p w14:paraId="291D1E70" w14:textId="77777777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>[Значение / диапазон]</w:t>
            </w:r>
          </w:p>
        </w:tc>
        <w:tc>
          <w:tcPr>
            <w:tcW w:w="3324" w:type="dxa"/>
            <w:vAlign w:val="center"/>
          </w:tcPr>
          <w:p w14:paraId="5D257BF0" w14:textId="77777777" w:rsidR="00D30DE9" w:rsidRPr="006526ED" w:rsidRDefault="00000000" w:rsidP="00803108">
            <w:pPr>
              <w:ind w:firstLine="0"/>
            </w:pPr>
            <w:r w:rsidRPr="006526ED">
              <w:rPr>
                <w:highlight w:val="yellow"/>
              </w:rPr>
              <w:t>[При необходимости]</w:t>
            </w:r>
          </w:p>
        </w:tc>
      </w:tr>
    </w:tbl>
    <w:p w14:paraId="4F9BEC3D" w14:textId="5BA17924" w:rsidR="00D30DE9" w:rsidRDefault="00000000" w:rsidP="000A1680">
      <w:pPr>
        <w:pStyle w:val="21"/>
      </w:pPr>
      <w:bookmarkStart w:id="12" w:name="_Toc242609361"/>
      <w:bookmarkStart w:id="13" w:name="_Toc242647631"/>
      <w:r>
        <w:t>Функциональные и технические характеристики</w:t>
      </w:r>
      <w:bookmarkEnd w:id="12"/>
      <w:bookmarkEnd w:id="13"/>
    </w:p>
    <w:p w14:paraId="2BC2BC2D" w14:textId="77777777" w:rsidR="00D30DE9" w:rsidRPr="006526ED" w:rsidRDefault="00000000" w:rsidP="00771980">
      <w:r w:rsidRPr="006526ED">
        <w:rPr>
          <w:highlight w:val="yellow"/>
        </w:rPr>
        <w:t>[Опишите функции, режимы работы, производительность, точность, диапазоны параметров, ограничения и иные измеримые характеристики.]</w:t>
      </w:r>
    </w:p>
    <w:p w14:paraId="68B9D6EC" w14:textId="5E6FE017" w:rsidR="00D30DE9" w:rsidRPr="006526ED" w:rsidRDefault="00000000" w:rsidP="00803108">
      <w:pPr>
        <w:pStyle w:val="a1"/>
        <w:rPr>
          <w:highlight w:val="yellow"/>
        </w:rPr>
      </w:pPr>
      <w:r w:rsidRPr="006526ED">
        <w:rPr>
          <w:highlight w:val="yellow"/>
        </w:rPr>
        <w:t xml:space="preserve"> [Функция / режим № 1]</w:t>
      </w:r>
      <w:r w:rsidR="002D5BD7">
        <w:rPr>
          <w:highlight w:val="yellow"/>
        </w:rPr>
        <w:t>;</w:t>
      </w:r>
    </w:p>
    <w:p w14:paraId="3C770E00" w14:textId="2CCF74C8" w:rsidR="00D30DE9" w:rsidRPr="006526ED" w:rsidRDefault="00000000" w:rsidP="00803108">
      <w:pPr>
        <w:pStyle w:val="a1"/>
        <w:rPr>
          <w:highlight w:val="yellow"/>
        </w:rPr>
      </w:pPr>
      <w:r w:rsidRPr="006526ED">
        <w:rPr>
          <w:highlight w:val="yellow"/>
        </w:rPr>
        <w:t xml:space="preserve"> [Функция / режим № 2]</w:t>
      </w:r>
      <w:r w:rsidR="002D5BD7">
        <w:rPr>
          <w:highlight w:val="yellow"/>
        </w:rPr>
        <w:t>;</w:t>
      </w:r>
    </w:p>
    <w:p w14:paraId="3E60EFEA" w14:textId="2DBFDA8C" w:rsidR="00D30DE9" w:rsidRPr="006526ED" w:rsidRDefault="00000000" w:rsidP="00803108">
      <w:pPr>
        <w:pStyle w:val="a1"/>
        <w:rPr>
          <w:highlight w:val="yellow"/>
        </w:rPr>
      </w:pPr>
      <w:r w:rsidRPr="006526ED">
        <w:rPr>
          <w:highlight w:val="yellow"/>
        </w:rPr>
        <w:t>[Критерии выполнения функций]</w:t>
      </w:r>
      <w:r w:rsidR="002D5BD7">
        <w:rPr>
          <w:highlight w:val="yellow"/>
        </w:rPr>
        <w:t>;</w:t>
      </w:r>
    </w:p>
    <w:p w14:paraId="27E0BCA6" w14:textId="16F5A12D" w:rsidR="00D30DE9" w:rsidRPr="00FC34E6" w:rsidRDefault="00000000" w:rsidP="000A1680">
      <w:pPr>
        <w:pStyle w:val="21"/>
      </w:pPr>
      <w:bookmarkStart w:id="14" w:name="_Toc242609362"/>
      <w:bookmarkStart w:id="15" w:name="_Toc242647632"/>
      <w:r w:rsidRPr="00FC34E6">
        <w:t>Требования к конструкции и компоновке</w:t>
      </w:r>
      <w:bookmarkEnd w:id="14"/>
      <w:bookmarkEnd w:id="15"/>
    </w:p>
    <w:p w14:paraId="73B20192" w14:textId="77777777" w:rsidR="00D30DE9" w:rsidRPr="006526ED" w:rsidRDefault="00000000" w:rsidP="00771980">
      <w:r w:rsidRPr="00787E01">
        <w:rPr>
          <w:highlight w:val="yellow"/>
        </w:rPr>
        <w:t>[Укажите требования к габаритам, массе, компоновке, присоединительным размерам,</w:t>
      </w:r>
      <w:r w:rsidRPr="00FC34E6">
        <w:rPr>
          <w:sz w:val="24"/>
          <w:highlight w:val="yellow"/>
        </w:rPr>
        <w:t xml:space="preserve"> </w:t>
      </w:r>
      <w:r w:rsidRPr="006526ED">
        <w:rPr>
          <w:highlight w:val="yellow"/>
        </w:rPr>
        <w:t>способам крепления, взаимозаменяемости, доступу для обслуживания и другим конструктивным особенностям.]</w:t>
      </w:r>
    </w:p>
    <w:p w14:paraId="0EF33301" w14:textId="181B50D0" w:rsidR="00D30DE9" w:rsidRPr="006526ED" w:rsidRDefault="00000000" w:rsidP="00D12940">
      <w:pPr>
        <w:pStyle w:val="a1"/>
        <w:rPr>
          <w:highlight w:val="yellow"/>
        </w:rPr>
      </w:pPr>
      <w:r w:rsidRPr="006526ED">
        <w:rPr>
          <w:highlight w:val="yellow"/>
        </w:rPr>
        <w:t>[Габаритные ограничения]</w:t>
      </w:r>
      <w:r w:rsidR="00787E01">
        <w:rPr>
          <w:highlight w:val="yellow"/>
        </w:rPr>
        <w:t>;</w:t>
      </w:r>
    </w:p>
    <w:p w14:paraId="22F875AC" w14:textId="6AF80CB5" w:rsidR="00D30DE9" w:rsidRPr="006526ED" w:rsidRDefault="00000000" w:rsidP="00D12940">
      <w:pPr>
        <w:pStyle w:val="a1"/>
        <w:rPr>
          <w:highlight w:val="yellow"/>
        </w:rPr>
      </w:pPr>
      <w:r w:rsidRPr="006526ED">
        <w:rPr>
          <w:highlight w:val="yellow"/>
        </w:rPr>
        <w:t>[Способ установки / крепления]</w:t>
      </w:r>
      <w:r w:rsidR="00787E01">
        <w:rPr>
          <w:highlight w:val="yellow"/>
        </w:rPr>
        <w:t>;</w:t>
      </w:r>
    </w:p>
    <w:p w14:paraId="30C705D3" w14:textId="490C7C98" w:rsidR="00D30DE9" w:rsidRPr="006526ED" w:rsidRDefault="00000000" w:rsidP="00D12940">
      <w:pPr>
        <w:pStyle w:val="a1"/>
        <w:rPr>
          <w:highlight w:val="yellow"/>
        </w:rPr>
      </w:pPr>
      <w:r w:rsidRPr="006526ED">
        <w:rPr>
          <w:highlight w:val="yellow"/>
        </w:rPr>
        <w:t>[Требования к соединениям и совместимости]</w:t>
      </w:r>
      <w:r w:rsidR="00787E01">
        <w:rPr>
          <w:highlight w:val="yellow"/>
        </w:rPr>
        <w:t>.</w:t>
      </w:r>
    </w:p>
    <w:p w14:paraId="5E374E49" w14:textId="39ADDFCF" w:rsidR="00D30DE9" w:rsidRPr="00FC34E6" w:rsidRDefault="00000000" w:rsidP="000A1680">
      <w:pPr>
        <w:pStyle w:val="21"/>
      </w:pPr>
      <w:bookmarkStart w:id="16" w:name="_Toc242609363"/>
      <w:bookmarkStart w:id="17" w:name="_Toc242647633"/>
      <w:r w:rsidRPr="00FC34E6">
        <w:t>Требования к составным частям и интерфейсам</w:t>
      </w:r>
      <w:bookmarkEnd w:id="16"/>
      <w:bookmarkEnd w:id="17"/>
    </w:p>
    <w:p w14:paraId="0AC3302C" w14:textId="77777777" w:rsidR="00D30DE9" w:rsidRPr="00045110" w:rsidRDefault="00000000" w:rsidP="00771980">
      <w:r w:rsidRPr="00045110">
        <w:rPr>
          <w:highlight w:val="yellow"/>
        </w:rPr>
        <w:t>[Опишите требования к электрическим, механическим, гидравлическим, программным, информационным или иным интерфейсам — только применимые к объекту разработки.]</w:t>
      </w:r>
    </w:p>
    <w:p w14:paraId="7D1BBFCD" w14:textId="3725D3FD" w:rsidR="00D30DE9" w:rsidRPr="00771980" w:rsidRDefault="00000000" w:rsidP="00771980">
      <w:pPr>
        <w:pStyle w:val="a1"/>
        <w:rPr>
          <w:highlight w:val="yellow"/>
        </w:rPr>
      </w:pPr>
      <w:r w:rsidRPr="00771980">
        <w:rPr>
          <w:highlight w:val="yellow"/>
        </w:rPr>
        <w:t>[Интерфейс / составная часть]</w:t>
      </w:r>
      <w:r w:rsidR="00045110" w:rsidRPr="00771980">
        <w:rPr>
          <w:highlight w:val="yellow"/>
        </w:rPr>
        <w:t>;</w:t>
      </w:r>
    </w:p>
    <w:p w14:paraId="2C9A280A" w14:textId="41425C5D" w:rsidR="00D30DE9" w:rsidRPr="00771980" w:rsidRDefault="00000000" w:rsidP="00771980">
      <w:pPr>
        <w:pStyle w:val="a1"/>
        <w:rPr>
          <w:highlight w:val="yellow"/>
        </w:rPr>
      </w:pPr>
      <w:r w:rsidRPr="00771980">
        <w:rPr>
          <w:highlight w:val="yellow"/>
        </w:rPr>
        <w:t>[Параметры питания / сигналов / подключений — если применимо]</w:t>
      </w:r>
      <w:r w:rsidR="00045110" w:rsidRPr="00771980">
        <w:rPr>
          <w:highlight w:val="yellow"/>
        </w:rPr>
        <w:t>.</w:t>
      </w:r>
    </w:p>
    <w:p w14:paraId="30FED82F" w14:textId="77777777" w:rsidR="00D30DE9" w:rsidRPr="00263708" w:rsidRDefault="00000000" w:rsidP="00771980">
      <w:pPr>
        <w:rPr>
          <w:i/>
          <w:iCs/>
        </w:rPr>
      </w:pPr>
      <w:r w:rsidRPr="00263708">
        <w:rPr>
          <w:i/>
          <w:iCs/>
        </w:rPr>
        <w:t>Подсказка</w:t>
      </w:r>
      <w:proofErr w:type="gramStart"/>
      <w:r w:rsidRPr="00263708">
        <w:rPr>
          <w:i/>
          <w:iCs/>
        </w:rPr>
        <w:t>: Удалите</w:t>
      </w:r>
      <w:proofErr w:type="gramEnd"/>
      <w:r w:rsidRPr="00263708">
        <w:rPr>
          <w:i/>
          <w:iCs/>
        </w:rPr>
        <w:t xml:space="preserve"> подраздел полностью, если интерфейсы или составные части не нормируются.</w:t>
      </w:r>
    </w:p>
    <w:p w14:paraId="3BB840AA" w14:textId="57E3C571" w:rsidR="00D30DE9" w:rsidRPr="00FC34E6" w:rsidRDefault="00000000" w:rsidP="000A1680">
      <w:pPr>
        <w:pStyle w:val="21"/>
      </w:pPr>
      <w:bookmarkStart w:id="18" w:name="_Toc242609364"/>
      <w:bookmarkStart w:id="19" w:name="_Toc242647634"/>
      <w:r w:rsidRPr="00FC34E6">
        <w:lastRenderedPageBreak/>
        <w:t>Требования к материалам и комплектующим</w:t>
      </w:r>
      <w:bookmarkEnd w:id="18"/>
      <w:bookmarkEnd w:id="19"/>
    </w:p>
    <w:p w14:paraId="26959F70" w14:textId="77777777" w:rsidR="00D30DE9" w:rsidRPr="00771980" w:rsidRDefault="00000000" w:rsidP="00771980">
      <w:r w:rsidRPr="00771980">
        <w:rPr>
          <w:highlight w:val="yellow"/>
        </w:rPr>
        <w:t>[Укажите требования к материалам, покупным изделиям, совместимости со средами, подтверждающим документам и входному контролю.]</w:t>
      </w:r>
    </w:p>
    <w:p w14:paraId="551251D2" w14:textId="01B6E865" w:rsidR="00D30DE9" w:rsidRPr="00771980" w:rsidRDefault="00000000" w:rsidP="00771980">
      <w:pPr>
        <w:pStyle w:val="a1"/>
      </w:pPr>
      <w:r w:rsidRPr="00771980">
        <w:rPr>
          <w:highlight w:val="yellow"/>
        </w:rPr>
        <w:t>[Материалы основных деталей / компонентов]</w:t>
      </w:r>
      <w:r w:rsidR="00771980">
        <w:t>;</w:t>
      </w:r>
    </w:p>
    <w:p w14:paraId="3AD9BFBA" w14:textId="60FE2D9A" w:rsidR="00D30DE9" w:rsidRPr="00771980" w:rsidRDefault="00000000" w:rsidP="00771980">
      <w:pPr>
        <w:pStyle w:val="a1"/>
      </w:pPr>
      <w:r w:rsidRPr="00771980">
        <w:rPr>
          <w:highlight w:val="yellow"/>
        </w:rPr>
        <w:t>[Ограничения на применение материалов]</w:t>
      </w:r>
      <w:r w:rsidR="00771980">
        <w:t>;</w:t>
      </w:r>
    </w:p>
    <w:p w14:paraId="4E9D25A0" w14:textId="12284EA8" w:rsidR="00D30DE9" w:rsidRPr="00771980" w:rsidRDefault="00000000" w:rsidP="00771980">
      <w:pPr>
        <w:pStyle w:val="a1"/>
      </w:pPr>
      <w:r w:rsidRPr="00771980">
        <w:t xml:space="preserve"> </w:t>
      </w:r>
      <w:r w:rsidRPr="00771980">
        <w:rPr>
          <w:highlight w:val="yellow"/>
        </w:rPr>
        <w:t>[Требования к сертификатам / документам качества]</w:t>
      </w:r>
      <w:r w:rsidR="00771980">
        <w:t>;</w:t>
      </w:r>
    </w:p>
    <w:p w14:paraId="7DB949E8" w14:textId="2F5E481E" w:rsidR="00D30DE9" w:rsidRPr="00FC34E6" w:rsidRDefault="00000000" w:rsidP="000A1680">
      <w:pPr>
        <w:pStyle w:val="21"/>
      </w:pPr>
      <w:bookmarkStart w:id="20" w:name="_Toc242609365"/>
      <w:bookmarkStart w:id="21" w:name="_Toc242647635"/>
      <w:r w:rsidRPr="00FC34E6">
        <w:t>Требования к изготовлению</w:t>
      </w:r>
      <w:bookmarkEnd w:id="20"/>
      <w:bookmarkEnd w:id="21"/>
    </w:p>
    <w:p w14:paraId="485540DE" w14:textId="77777777" w:rsidR="00D30DE9" w:rsidRPr="00FC34E6" w:rsidRDefault="00000000" w:rsidP="00771980">
      <w:r w:rsidRPr="00FC34E6">
        <w:rPr>
          <w:highlight w:val="yellow"/>
        </w:rPr>
        <w:t>[Укажите требования к технологическим процессам, качеству изготовления, специальным процессам, контролю и оформлению производственной документации.]</w:t>
      </w:r>
    </w:p>
    <w:p w14:paraId="09A65A98" w14:textId="4D6B5AA2" w:rsidR="00D30DE9" w:rsidRPr="00FC34E6" w:rsidRDefault="00000000" w:rsidP="00771980">
      <w:pPr>
        <w:pStyle w:val="a1"/>
      </w:pPr>
      <w:r w:rsidRPr="00FC34E6">
        <w:rPr>
          <w:highlight w:val="yellow"/>
        </w:rPr>
        <w:t>[Особые требования к изготовлению]</w:t>
      </w:r>
      <w:r w:rsidR="00771980">
        <w:t>;</w:t>
      </w:r>
    </w:p>
    <w:p w14:paraId="4DEE39CE" w14:textId="2A80E01B" w:rsidR="00D30DE9" w:rsidRPr="00FC34E6" w:rsidRDefault="00000000" w:rsidP="00771980">
      <w:pPr>
        <w:pStyle w:val="a1"/>
      </w:pPr>
      <w:r w:rsidRPr="00FC34E6">
        <w:rPr>
          <w:highlight w:val="yellow"/>
        </w:rPr>
        <w:t>[Требования к специальным процессам — сварка, пайка, покрытия и т.п.]</w:t>
      </w:r>
      <w:r w:rsidR="00771980">
        <w:t>;</w:t>
      </w:r>
    </w:p>
    <w:p w14:paraId="472C83B4" w14:textId="2D222AD3" w:rsidR="00D30DE9" w:rsidRPr="00FC34E6" w:rsidRDefault="00000000" w:rsidP="00771980">
      <w:pPr>
        <w:pStyle w:val="a1"/>
      </w:pPr>
      <w:r w:rsidRPr="00FC34E6">
        <w:rPr>
          <w:highlight w:val="yellow"/>
        </w:rPr>
        <w:t>[Требования к производственному контролю]</w:t>
      </w:r>
      <w:r w:rsidR="00771980">
        <w:t>.</w:t>
      </w:r>
    </w:p>
    <w:p w14:paraId="11C57180" w14:textId="12D1B147" w:rsidR="00D30DE9" w:rsidRPr="00FC34E6" w:rsidRDefault="00000000" w:rsidP="000A1680">
      <w:pPr>
        <w:pStyle w:val="21"/>
      </w:pPr>
      <w:bookmarkStart w:id="22" w:name="_Toc242609366"/>
      <w:bookmarkStart w:id="23" w:name="_Toc242647636"/>
      <w:r w:rsidRPr="00FC34E6">
        <w:t>Требования устойчивости к внешним воздействиям</w:t>
      </w:r>
      <w:bookmarkEnd w:id="22"/>
      <w:bookmarkEnd w:id="23"/>
    </w:p>
    <w:p w14:paraId="5E9FFE8F" w14:textId="77777777" w:rsidR="00D30DE9" w:rsidRPr="00FC34E6" w:rsidRDefault="00000000" w:rsidP="00771980">
      <w:r w:rsidRPr="00FC34E6">
        <w:rPr>
          <w:highlight w:val="yellow"/>
        </w:rPr>
        <w:t>[Укажите климатические, механические, вибрационные, электромагнитные, химические и иные внешние воздействия, если они применимы.]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D30DE9" w14:paraId="68FBFB8C" w14:textId="77777777" w:rsidTr="00304EEF">
        <w:trPr>
          <w:jc w:val="center"/>
        </w:trPr>
        <w:tc>
          <w:tcPr>
            <w:tcW w:w="3324" w:type="dxa"/>
            <w:tcBorders>
              <w:bottom w:val="double" w:sz="4" w:space="0" w:color="auto"/>
            </w:tcBorders>
          </w:tcPr>
          <w:p w14:paraId="3AF5A398" w14:textId="77777777" w:rsidR="00D30DE9" w:rsidRPr="00304EEF" w:rsidRDefault="00000000" w:rsidP="00304EEF">
            <w:pPr>
              <w:ind w:firstLine="35"/>
              <w:jc w:val="center"/>
              <w:rPr>
                <w:sz w:val="24"/>
                <w:szCs w:val="24"/>
              </w:rPr>
            </w:pPr>
            <w:r w:rsidRPr="00304EEF">
              <w:rPr>
                <w:sz w:val="24"/>
                <w:szCs w:val="24"/>
              </w:rPr>
              <w:t>Воздействующий фактор</w:t>
            </w:r>
          </w:p>
        </w:tc>
        <w:tc>
          <w:tcPr>
            <w:tcW w:w="3324" w:type="dxa"/>
            <w:tcBorders>
              <w:bottom w:val="double" w:sz="4" w:space="0" w:color="auto"/>
            </w:tcBorders>
          </w:tcPr>
          <w:p w14:paraId="164C8D58" w14:textId="77777777" w:rsidR="005F2136" w:rsidRDefault="00000000" w:rsidP="00304EEF">
            <w:pPr>
              <w:ind w:firstLine="35"/>
              <w:jc w:val="center"/>
              <w:rPr>
                <w:sz w:val="24"/>
                <w:szCs w:val="24"/>
              </w:rPr>
            </w:pPr>
            <w:r w:rsidRPr="00304EEF">
              <w:rPr>
                <w:sz w:val="24"/>
                <w:szCs w:val="24"/>
              </w:rPr>
              <w:t xml:space="preserve">Требуемый диапазон / </w:t>
            </w:r>
          </w:p>
          <w:p w14:paraId="7C91CA6B" w14:textId="63B44875" w:rsidR="00D30DE9" w:rsidRPr="00304EEF" w:rsidRDefault="00000000" w:rsidP="00304EEF">
            <w:pPr>
              <w:ind w:firstLine="35"/>
              <w:jc w:val="center"/>
              <w:rPr>
                <w:sz w:val="24"/>
                <w:szCs w:val="24"/>
              </w:rPr>
            </w:pPr>
            <w:r w:rsidRPr="00304EEF">
              <w:rPr>
                <w:sz w:val="24"/>
                <w:szCs w:val="24"/>
              </w:rPr>
              <w:t>уровень</w:t>
            </w:r>
          </w:p>
        </w:tc>
        <w:tc>
          <w:tcPr>
            <w:tcW w:w="3324" w:type="dxa"/>
            <w:tcBorders>
              <w:bottom w:val="double" w:sz="4" w:space="0" w:color="auto"/>
            </w:tcBorders>
          </w:tcPr>
          <w:p w14:paraId="000F60AA" w14:textId="77777777" w:rsidR="00D30DE9" w:rsidRPr="00304EEF" w:rsidRDefault="00000000" w:rsidP="00304EEF">
            <w:pPr>
              <w:ind w:firstLine="35"/>
              <w:jc w:val="center"/>
              <w:rPr>
                <w:sz w:val="24"/>
                <w:szCs w:val="24"/>
              </w:rPr>
            </w:pPr>
            <w:r w:rsidRPr="00304EEF">
              <w:rPr>
                <w:sz w:val="24"/>
                <w:szCs w:val="24"/>
              </w:rPr>
              <w:t>Примечание</w:t>
            </w:r>
          </w:p>
        </w:tc>
      </w:tr>
      <w:tr w:rsidR="00D30DE9" w14:paraId="6EB6FDB3" w14:textId="77777777" w:rsidTr="00304EEF">
        <w:trPr>
          <w:trHeight w:val="510"/>
          <w:jc w:val="center"/>
        </w:trPr>
        <w:tc>
          <w:tcPr>
            <w:tcW w:w="3324" w:type="dxa"/>
            <w:tcBorders>
              <w:top w:val="double" w:sz="4" w:space="0" w:color="auto"/>
            </w:tcBorders>
            <w:vAlign w:val="center"/>
          </w:tcPr>
          <w:p w14:paraId="25EE26FE" w14:textId="77777777" w:rsidR="00D30DE9" w:rsidRDefault="00000000" w:rsidP="00304EEF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[Фактор]</w:t>
            </w:r>
          </w:p>
        </w:tc>
        <w:tc>
          <w:tcPr>
            <w:tcW w:w="3324" w:type="dxa"/>
            <w:tcBorders>
              <w:top w:val="double" w:sz="4" w:space="0" w:color="auto"/>
            </w:tcBorders>
            <w:vAlign w:val="center"/>
          </w:tcPr>
          <w:p w14:paraId="3C5AAC6D" w14:textId="77777777" w:rsidR="00D30DE9" w:rsidRDefault="00000000" w:rsidP="00304EEF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[Значение]</w:t>
            </w:r>
          </w:p>
        </w:tc>
        <w:tc>
          <w:tcPr>
            <w:tcW w:w="3324" w:type="dxa"/>
            <w:tcBorders>
              <w:top w:val="double" w:sz="4" w:space="0" w:color="auto"/>
            </w:tcBorders>
            <w:vAlign w:val="center"/>
          </w:tcPr>
          <w:p w14:paraId="7D959661" w14:textId="77777777" w:rsidR="00D30DE9" w:rsidRDefault="00000000" w:rsidP="00304EEF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[Режим / длительность]</w:t>
            </w:r>
          </w:p>
        </w:tc>
      </w:tr>
      <w:tr w:rsidR="00D30DE9" w14:paraId="7A4814F1" w14:textId="77777777" w:rsidTr="00304EEF">
        <w:trPr>
          <w:trHeight w:val="510"/>
          <w:jc w:val="center"/>
        </w:trPr>
        <w:tc>
          <w:tcPr>
            <w:tcW w:w="3324" w:type="dxa"/>
            <w:vAlign w:val="center"/>
          </w:tcPr>
          <w:p w14:paraId="7D2F9C9B" w14:textId="77777777" w:rsidR="00D30DE9" w:rsidRDefault="00000000" w:rsidP="00304EEF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[Фактор]</w:t>
            </w:r>
          </w:p>
        </w:tc>
        <w:tc>
          <w:tcPr>
            <w:tcW w:w="3324" w:type="dxa"/>
            <w:vAlign w:val="center"/>
          </w:tcPr>
          <w:p w14:paraId="2697EBC2" w14:textId="77777777" w:rsidR="00D30DE9" w:rsidRDefault="00000000" w:rsidP="00304EEF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[Значение]</w:t>
            </w:r>
          </w:p>
        </w:tc>
        <w:tc>
          <w:tcPr>
            <w:tcW w:w="3324" w:type="dxa"/>
            <w:vAlign w:val="center"/>
          </w:tcPr>
          <w:p w14:paraId="2D3C3849" w14:textId="77777777" w:rsidR="00D30DE9" w:rsidRDefault="00000000" w:rsidP="00304EEF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[Режим / длительность]</w:t>
            </w:r>
          </w:p>
        </w:tc>
      </w:tr>
      <w:tr w:rsidR="00D30DE9" w14:paraId="605B32CC" w14:textId="77777777" w:rsidTr="00304EEF">
        <w:trPr>
          <w:trHeight w:val="510"/>
          <w:jc w:val="center"/>
        </w:trPr>
        <w:tc>
          <w:tcPr>
            <w:tcW w:w="3324" w:type="dxa"/>
            <w:vAlign w:val="center"/>
          </w:tcPr>
          <w:p w14:paraId="3A586C3E" w14:textId="77777777" w:rsidR="00D30DE9" w:rsidRDefault="00000000" w:rsidP="00304EEF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[Фактор]</w:t>
            </w:r>
          </w:p>
        </w:tc>
        <w:tc>
          <w:tcPr>
            <w:tcW w:w="3324" w:type="dxa"/>
            <w:vAlign w:val="center"/>
          </w:tcPr>
          <w:p w14:paraId="6D3D68C1" w14:textId="77777777" w:rsidR="00D30DE9" w:rsidRDefault="00000000" w:rsidP="00304EEF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[Значение]</w:t>
            </w:r>
          </w:p>
        </w:tc>
        <w:tc>
          <w:tcPr>
            <w:tcW w:w="3324" w:type="dxa"/>
            <w:vAlign w:val="center"/>
          </w:tcPr>
          <w:p w14:paraId="67E892F8" w14:textId="77777777" w:rsidR="00D30DE9" w:rsidRDefault="00000000" w:rsidP="00304EEF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[Режим / длительность]</w:t>
            </w:r>
          </w:p>
        </w:tc>
      </w:tr>
      <w:tr w:rsidR="00D30DE9" w14:paraId="47C3C15D" w14:textId="77777777" w:rsidTr="00304EEF">
        <w:trPr>
          <w:trHeight w:val="510"/>
          <w:jc w:val="center"/>
        </w:trPr>
        <w:tc>
          <w:tcPr>
            <w:tcW w:w="3324" w:type="dxa"/>
            <w:vAlign w:val="center"/>
          </w:tcPr>
          <w:p w14:paraId="25B89BDF" w14:textId="77777777" w:rsidR="00D30DE9" w:rsidRDefault="00000000" w:rsidP="00304EEF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[Фактор]</w:t>
            </w:r>
          </w:p>
        </w:tc>
        <w:tc>
          <w:tcPr>
            <w:tcW w:w="3324" w:type="dxa"/>
            <w:vAlign w:val="center"/>
          </w:tcPr>
          <w:p w14:paraId="364072BC" w14:textId="77777777" w:rsidR="00D30DE9" w:rsidRDefault="00000000" w:rsidP="00304EEF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[Значение]</w:t>
            </w:r>
          </w:p>
        </w:tc>
        <w:tc>
          <w:tcPr>
            <w:tcW w:w="3324" w:type="dxa"/>
            <w:vAlign w:val="center"/>
          </w:tcPr>
          <w:p w14:paraId="617E5D07" w14:textId="77777777" w:rsidR="00D30DE9" w:rsidRDefault="00000000" w:rsidP="00304EEF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[Режим / длительность]</w:t>
            </w:r>
          </w:p>
        </w:tc>
      </w:tr>
    </w:tbl>
    <w:p w14:paraId="3BDDF53C" w14:textId="5CCD8AE2" w:rsidR="00D30DE9" w:rsidRDefault="00000000" w:rsidP="000A1680">
      <w:pPr>
        <w:pStyle w:val="21"/>
      </w:pPr>
      <w:bookmarkStart w:id="24" w:name="_Toc242609367"/>
      <w:bookmarkStart w:id="25" w:name="_Toc242647637"/>
      <w:r>
        <w:lastRenderedPageBreak/>
        <w:t>Требования надёжности</w:t>
      </w:r>
      <w:bookmarkEnd w:id="24"/>
      <w:bookmarkEnd w:id="25"/>
    </w:p>
    <w:p w14:paraId="4D15E094" w14:textId="77777777" w:rsidR="00D30DE9" w:rsidRPr="00FC34E6" w:rsidRDefault="00000000" w:rsidP="00771980">
      <w:r w:rsidRPr="00FC34E6">
        <w:rPr>
          <w:highlight w:val="yellow"/>
        </w:rPr>
        <w:t>[Укажите необходимые показатели надёжности: срок службы, ресурс, вероятность безотказной работы, сохраняемость, назначенные показатели и способы их подтверждения.]</w:t>
      </w:r>
    </w:p>
    <w:p w14:paraId="5B55692D" w14:textId="4F651B2A" w:rsidR="00D30DE9" w:rsidRPr="00FC34E6" w:rsidRDefault="00000000" w:rsidP="00046BF4">
      <w:pPr>
        <w:pStyle w:val="a1"/>
      </w:pPr>
      <w:r w:rsidRPr="00FC34E6">
        <w:rPr>
          <w:highlight w:val="yellow"/>
        </w:rPr>
        <w:t>[Назначенный срок службы]</w:t>
      </w:r>
      <w:r w:rsidR="00046BF4">
        <w:t>;</w:t>
      </w:r>
    </w:p>
    <w:p w14:paraId="76B0D443" w14:textId="74CFFCB6" w:rsidR="00D30DE9" w:rsidRPr="00FC34E6" w:rsidRDefault="00000000" w:rsidP="00046BF4">
      <w:pPr>
        <w:pStyle w:val="a1"/>
      </w:pPr>
      <w:r w:rsidRPr="00FC34E6">
        <w:rPr>
          <w:highlight w:val="yellow"/>
        </w:rPr>
        <w:t>[Назначенный ресурс]</w:t>
      </w:r>
      <w:r w:rsidR="00046BF4">
        <w:t>;</w:t>
      </w:r>
    </w:p>
    <w:p w14:paraId="78CC0446" w14:textId="6A1EC5E1" w:rsidR="00D30DE9" w:rsidRPr="00FC34E6" w:rsidRDefault="00000000" w:rsidP="00046BF4">
      <w:pPr>
        <w:pStyle w:val="a1"/>
      </w:pPr>
      <w:r w:rsidRPr="00FC34E6">
        <w:rPr>
          <w:highlight w:val="yellow"/>
        </w:rPr>
        <w:t>[Иные показатели надёжности]</w:t>
      </w:r>
      <w:r w:rsidR="00046BF4">
        <w:t>.</w:t>
      </w:r>
    </w:p>
    <w:p w14:paraId="45CCEE09" w14:textId="77777777" w:rsidR="00D30DE9" w:rsidRPr="00046BF4" w:rsidRDefault="00000000" w:rsidP="00771980">
      <w:pPr>
        <w:rPr>
          <w:i/>
          <w:iCs/>
        </w:rPr>
      </w:pPr>
      <w:r w:rsidRPr="00046BF4">
        <w:rPr>
          <w:i/>
          <w:iCs/>
        </w:rPr>
        <w:t>Подсказка</w:t>
      </w:r>
      <w:proofErr w:type="gramStart"/>
      <w:r w:rsidRPr="00046BF4">
        <w:rPr>
          <w:i/>
          <w:iCs/>
        </w:rPr>
        <w:t>: Не</w:t>
      </w:r>
      <w:proofErr w:type="gramEnd"/>
      <w:r w:rsidRPr="00046BF4">
        <w:rPr>
          <w:i/>
          <w:iCs/>
        </w:rPr>
        <w:t xml:space="preserve"> включайте показатели, которые невозможно обоснованно задать или проверить.</w:t>
      </w:r>
    </w:p>
    <w:p w14:paraId="61D4ABCE" w14:textId="3240B410" w:rsidR="00D30DE9" w:rsidRPr="000A1680" w:rsidRDefault="00000000" w:rsidP="000A1680">
      <w:pPr>
        <w:pStyle w:val="21"/>
      </w:pPr>
      <w:bookmarkStart w:id="26" w:name="_Toc242609368"/>
      <w:bookmarkStart w:id="27" w:name="_Toc242647638"/>
      <w:r w:rsidRPr="000A1680">
        <w:t>Требования к ремонтопригодности и обслуживанию</w:t>
      </w:r>
      <w:bookmarkEnd w:id="26"/>
      <w:bookmarkEnd w:id="27"/>
    </w:p>
    <w:p w14:paraId="36CFE430" w14:textId="77777777" w:rsidR="00D30DE9" w:rsidRPr="00FC34E6" w:rsidRDefault="00000000" w:rsidP="00771980">
      <w:r w:rsidRPr="00FC34E6">
        <w:rPr>
          <w:highlight w:val="yellow"/>
        </w:rPr>
        <w:t>[Укажите требования к техническому обслуживанию, ремонту, доступности узлов, заменяемости частей, периодичности обслуживания и необходимым инструментам.]</w:t>
      </w:r>
    </w:p>
    <w:p w14:paraId="6071E3EC" w14:textId="7748A898" w:rsidR="00D30DE9" w:rsidRPr="00FC34E6" w:rsidRDefault="00000000" w:rsidP="00175B97">
      <w:pPr>
        <w:pStyle w:val="21"/>
        <w:tabs>
          <w:tab w:val="clear" w:pos="993"/>
          <w:tab w:val="left" w:pos="1134"/>
        </w:tabs>
      </w:pPr>
      <w:bookmarkStart w:id="28" w:name="_Toc242609369"/>
      <w:bookmarkStart w:id="29" w:name="_Toc242647639"/>
      <w:r w:rsidRPr="00FC34E6">
        <w:t>Комплектность и документация</w:t>
      </w:r>
      <w:bookmarkEnd w:id="28"/>
      <w:bookmarkEnd w:id="29"/>
    </w:p>
    <w:p w14:paraId="0C41B073" w14:textId="77777777" w:rsidR="00D30DE9" w:rsidRPr="00FC34E6" w:rsidRDefault="00000000" w:rsidP="00771980">
      <w:r w:rsidRPr="00FC34E6">
        <w:rPr>
          <w:highlight w:val="yellow"/>
        </w:rPr>
        <w:t>[Перечислите состав поставки / результата работ, запасные части, принадлежности и требуемую документацию.]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D30DE9" w14:paraId="18C601F0" w14:textId="77777777" w:rsidTr="005B1994">
        <w:trPr>
          <w:trHeight w:val="697"/>
          <w:jc w:val="center"/>
        </w:trPr>
        <w:tc>
          <w:tcPr>
            <w:tcW w:w="3324" w:type="dxa"/>
            <w:tcBorders>
              <w:bottom w:val="double" w:sz="4" w:space="0" w:color="auto"/>
            </w:tcBorders>
            <w:vAlign w:val="center"/>
          </w:tcPr>
          <w:p w14:paraId="4F1AEBD7" w14:textId="77777777" w:rsidR="00D30DE9" w:rsidRDefault="00000000" w:rsidP="005B1994">
            <w:pPr>
              <w:ind w:firstLine="0"/>
              <w:jc w:val="center"/>
            </w:pPr>
            <w:r>
              <w:t>Наименование</w:t>
            </w:r>
          </w:p>
        </w:tc>
        <w:tc>
          <w:tcPr>
            <w:tcW w:w="3324" w:type="dxa"/>
            <w:tcBorders>
              <w:bottom w:val="double" w:sz="4" w:space="0" w:color="auto"/>
            </w:tcBorders>
            <w:vAlign w:val="center"/>
          </w:tcPr>
          <w:p w14:paraId="56D67C8F" w14:textId="77777777" w:rsidR="00D30DE9" w:rsidRDefault="00000000" w:rsidP="005B1994">
            <w:pPr>
              <w:ind w:firstLine="0"/>
              <w:jc w:val="center"/>
            </w:pPr>
            <w:r>
              <w:t>Количество</w:t>
            </w:r>
          </w:p>
        </w:tc>
        <w:tc>
          <w:tcPr>
            <w:tcW w:w="3324" w:type="dxa"/>
            <w:tcBorders>
              <w:bottom w:val="double" w:sz="4" w:space="0" w:color="auto"/>
            </w:tcBorders>
            <w:vAlign w:val="center"/>
          </w:tcPr>
          <w:p w14:paraId="7D755189" w14:textId="77777777" w:rsidR="00D30DE9" w:rsidRDefault="00000000" w:rsidP="005B1994">
            <w:pPr>
              <w:ind w:firstLine="0"/>
              <w:jc w:val="center"/>
            </w:pPr>
            <w:r>
              <w:t>Примечание</w:t>
            </w:r>
          </w:p>
        </w:tc>
      </w:tr>
      <w:tr w:rsidR="00D30DE9" w14:paraId="6DD8C78F" w14:textId="77777777" w:rsidTr="005B1994">
        <w:trPr>
          <w:jc w:val="center"/>
        </w:trPr>
        <w:tc>
          <w:tcPr>
            <w:tcW w:w="3324" w:type="dxa"/>
            <w:tcBorders>
              <w:top w:val="double" w:sz="4" w:space="0" w:color="auto"/>
            </w:tcBorders>
            <w:vAlign w:val="center"/>
          </w:tcPr>
          <w:p w14:paraId="7F450FC1" w14:textId="77777777" w:rsidR="00D30DE9" w:rsidRDefault="00000000" w:rsidP="005B1994">
            <w:pPr>
              <w:ind w:firstLine="0"/>
            </w:pPr>
            <w:r>
              <w:rPr>
                <w:highlight w:val="yellow"/>
              </w:rPr>
              <w:t>[Позиция]</w:t>
            </w:r>
          </w:p>
        </w:tc>
        <w:tc>
          <w:tcPr>
            <w:tcW w:w="3324" w:type="dxa"/>
            <w:tcBorders>
              <w:top w:val="double" w:sz="4" w:space="0" w:color="auto"/>
            </w:tcBorders>
            <w:vAlign w:val="center"/>
          </w:tcPr>
          <w:p w14:paraId="177A4877" w14:textId="77777777" w:rsidR="00D30DE9" w:rsidRDefault="00000000" w:rsidP="005B1994">
            <w:pPr>
              <w:ind w:firstLine="0"/>
            </w:pPr>
            <w:r>
              <w:rPr>
                <w:highlight w:val="yellow"/>
              </w:rPr>
              <w:t>[Количество]</w:t>
            </w:r>
          </w:p>
        </w:tc>
        <w:tc>
          <w:tcPr>
            <w:tcW w:w="3324" w:type="dxa"/>
            <w:tcBorders>
              <w:top w:val="double" w:sz="4" w:space="0" w:color="auto"/>
            </w:tcBorders>
            <w:vAlign w:val="center"/>
          </w:tcPr>
          <w:p w14:paraId="493ABFB1" w14:textId="77777777" w:rsidR="00D30DE9" w:rsidRDefault="00000000" w:rsidP="005B1994">
            <w:pPr>
              <w:ind w:firstLine="0"/>
            </w:pPr>
            <w:r>
              <w:rPr>
                <w:highlight w:val="yellow"/>
              </w:rPr>
              <w:t>[На единицу / партию / комплект]</w:t>
            </w:r>
          </w:p>
        </w:tc>
      </w:tr>
      <w:tr w:rsidR="00D30DE9" w14:paraId="50A727C0" w14:textId="77777777" w:rsidTr="005B1994">
        <w:trPr>
          <w:jc w:val="center"/>
        </w:trPr>
        <w:tc>
          <w:tcPr>
            <w:tcW w:w="3324" w:type="dxa"/>
            <w:vAlign w:val="center"/>
          </w:tcPr>
          <w:p w14:paraId="306CA61F" w14:textId="77777777" w:rsidR="00D30DE9" w:rsidRDefault="00000000" w:rsidP="005B1994">
            <w:pPr>
              <w:ind w:firstLine="0"/>
            </w:pPr>
            <w:r>
              <w:rPr>
                <w:highlight w:val="yellow"/>
              </w:rPr>
              <w:t>[Позиция]</w:t>
            </w:r>
          </w:p>
        </w:tc>
        <w:tc>
          <w:tcPr>
            <w:tcW w:w="3324" w:type="dxa"/>
            <w:vAlign w:val="center"/>
          </w:tcPr>
          <w:p w14:paraId="532DBFC3" w14:textId="77777777" w:rsidR="00D30DE9" w:rsidRDefault="00000000" w:rsidP="005B1994">
            <w:pPr>
              <w:ind w:firstLine="0"/>
            </w:pPr>
            <w:r>
              <w:rPr>
                <w:highlight w:val="yellow"/>
              </w:rPr>
              <w:t>[Количество]</w:t>
            </w:r>
          </w:p>
        </w:tc>
        <w:tc>
          <w:tcPr>
            <w:tcW w:w="3324" w:type="dxa"/>
            <w:vAlign w:val="center"/>
          </w:tcPr>
          <w:p w14:paraId="1D228724" w14:textId="77777777" w:rsidR="00D30DE9" w:rsidRDefault="00000000" w:rsidP="005B1994">
            <w:pPr>
              <w:ind w:firstLine="0"/>
            </w:pPr>
            <w:r>
              <w:rPr>
                <w:highlight w:val="yellow"/>
              </w:rPr>
              <w:t>[На единицу / партию / комплект]</w:t>
            </w:r>
          </w:p>
        </w:tc>
      </w:tr>
      <w:tr w:rsidR="00D30DE9" w14:paraId="3405944B" w14:textId="77777777" w:rsidTr="005B1994">
        <w:trPr>
          <w:jc w:val="center"/>
        </w:trPr>
        <w:tc>
          <w:tcPr>
            <w:tcW w:w="3324" w:type="dxa"/>
            <w:vAlign w:val="center"/>
          </w:tcPr>
          <w:p w14:paraId="37ACC904" w14:textId="77777777" w:rsidR="00D30DE9" w:rsidRDefault="00000000" w:rsidP="005B1994">
            <w:pPr>
              <w:ind w:firstLine="0"/>
            </w:pPr>
            <w:r>
              <w:rPr>
                <w:highlight w:val="yellow"/>
              </w:rPr>
              <w:t>[Позиция]</w:t>
            </w:r>
          </w:p>
        </w:tc>
        <w:tc>
          <w:tcPr>
            <w:tcW w:w="3324" w:type="dxa"/>
            <w:vAlign w:val="center"/>
          </w:tcPr>
          <w:p w14:paraId="7AA8773D" w14:textId="77777777" w:rsidR="00D30DE9" w:rsidRDefault="00000000" w:rsidP="005B1994">
            <w:pPr>
              <w:ind w:firstLine="0"/>
            </w:pPr>
            <w:r>
              <w:rPr>
                <w:highlight w:val="yellow"/>
              </w:rPr>
              <w:t>[Количество]</w:t>
            </w:r>
          </w:p>
        </w:tc>
        <w:tc>
          <w:tcPr>
            <w:tcW w:w="3324" w:type="dxa"/>
            <w:vAlign w:val="center"/>
          </w:tcPr>
          <w:p w14:paraId="2BF368BB" w14:textId="77777777" w:rsidR="00D30DE9" w:rsidRDefault="00000000" w:rsidP="005B1994">
            <w:pPr>
              <w:ind w:firstLine="0"/>
            </w:pPr>
            <w:r>
              <w:rPr>
                <w:highlight w:val="yellow"/>
              </w:rPr>
              <w:t>[На единицу / партию / комплект]</w:t>
            </w:r>
          </w:p>
        </w:tc>
      </w:tr>
      <w:tr w:rsidR="00D30DE9" w14:paraId="0FD83569" w14:textId="77777777" w:rsidTr="005B1994">
        <w:trPr>
          <w:jc w:val="center"/>
        </w:trPr>
        <w:tc>
          <w:tcPr>
            <w:tcW w:w="3324" w:type="dxa"/>
            <w:vAlign w:val="center"/>
          </w:tcPr>
          <w:p w14:paraId="5516CA3A" w14:textId="77777777" w:rsidR="00D30DE9" w:rsidRDefault="00000000" w:rsidP="005B1994">
            <w:pPr>
              <w:ind w:firstLine="0"/>
            </w:pPr>
            <w:r>
              <w:rPr>
                <w:highlight w:val="yellow"/>
              </w:rPr>
              <w:t>[Позиция]</w:t>
            </w:r>
          </w:p>
        </w:tc>
        <w:tc>
          <w:tcPr>
            <w:tcW w:w="3324" w:type="dxa"/>
            <w:vAlign w:val="center"/>
          </w:tcPr>
          <w:p w14:paraId="6658E9C3" w14:textId="77777777" w:rsidR="00D30DE9" w:rsidRDefault="00000000" w:rsidP="005B1994">
            <w:pPr>
              <w:ind w:firstLine="0"/>
            </w:pPr>
            <w:r>
              <w:rPr>
                <w:highlight w:val="yellow"/>
              </w:rPr>
              <w:t>[Количество]</w:t>
            </w:r>
          </w:p>
        </w:tc>
        <w:tc>
          <w:tcPr>
            <w:tcW w:w="3324" w:type="dxa"/>
            <w:vAlign w:val="center"/>
          </w:tcPr>
          <w:p w14:paraId="7C0CBDBF" w14:textId="77777777" w:rsidR="00D30DE9" w:rsidRDefault="00000000" w:rsidP="005B1994">
            <w:pPr>
              <w:ind w:firstLine="0"/>
            </w:pPr>
            <w:r>
              <w:rPr>
                <w:highlight w:val="yellow"/>
              </w:rPr>
              <w:t>[На единицу / партию / комплект]</w:t>
            </w:r>
          </w:p>
        </w:tc>
      </w:tr>
    </w:tbl>
    <w:p w14:paraId="7485BBB5" w14:textId="77777777" w:rsidR="00D30DE9" w:rsidRPr="00FC34E6" w:rsidRDefault="00000000" w:rsidP="00771980">
      <w:r w:rsidRPr="00FC34E6">
        <w:rPr>
          <w:highlight w:val="yellow"/>
        </w:rPr>
        <w:lastRenderedPageBreak/>
        <w:t>[Перечислите документы, передаваемые заказчику: паспорт, руководство, чертежи, отчёты, программы испытаний, сертификаты и др. — при применимости.]</w:t>
      </w:r>
    </w:p>
    <w:p w14:paraId="497F024B" w14:textId="3CB8F423" w:rsidR="00D30DE9" w:rsidRPr="00FC34E6" w:rsidRDefault="00000000" w:rsidP="009F2BD0">
      <w:pPr>
        <w:pStyle w:val="21"/>
        <w:tabs>
          <w:tab w:val="clear" w:pos="993"/>
          <w:tab w:val="left" w:pos="1134"/>
        </w:tabs>
      </w:pPr>
      <w:bookmarkStart w:id="30" w:name="_Toc242609370"/>
      <w:bookmarkStart w:id="31" w:name="_Toc242647640"/>
      <w:r w:rsidRPr="00FC34E6">
        <w:t>Маркировка</w:t>
      </w:r>
      <w:bookmarkEnd w:id="30"/>
      <w:bookmarkEnd w:id="31"/>
    </w:p>
    <w:p w14:paraId="2887D4AF" w14:textId="77777777" w:rsidR="00D30DE9" w:rsidRPr="00FC34E6" w:rsidRDefault="00000000" w:rsidP="00771980">
      <w:r w:rsidRPr="00FC34E6">
        <w:rPr>
          <w:highlight w:val="yellow"/>
        </w:rPr>
        <w:t>[Укажите требования к составу маркировки, месту и способу нанесения, читаемости, стойкости и транспортной маркировке. Удалите раздел, если маркировка не применима.]</w:t>
      </w:r>
    </w:p>
    <w:p w14:paraId="7DF70474" w14:textId="20E9CF3E" w:rsidR="00D30DE9" w:rsidRPr="00FC34E6" w:rsidRDefault="00000000" w:rsidP="009F2BD0">
      <w:pPr>
        <w:pStyle w:val="21"/>
        <w:tabs>
          <w:tab w:val="clear" w:pos="993"/>
          <w:tab w:val="left" w:pos="1134"/>
        </w:tabs>
      </w:pPr>
      <w:bookmarkStart w:id="32" w:name="_Toc242609371"/>
      <w:bookmarkStart w:id="33" w:name="_Toc242647641"/>
      <w:r w:rsidRPr="00FC34E6">
        <w:t>Консервация и упаковка</w:t>
      </w:r>
      <w:bookmarkEnd w:id="32"/>
      <w:bookmarkEnd w:id="33"/>
    </w:p>
    <w:p w14:paraId="0872CFE7" w14:textId="77777777" w:rsidR="00D30DE9" w:rsidRPr="00FC34E6" w:rsidRDefault="00000000" w:rsidP="00771980">
      <w:r w:rsidRPr="00FC34E6">
        <w:rPr>
          <w:highlight w:val="yellow"/>
        </w:rPr>
        <w:t>[Укажите требования к защите, упаковке, пломбированию, сроку консервации и условиям расконсервации. Удалите раздел, если не применимо.]</w:t>
      </w:r>
    </w:p>
    <w:p w14:paraId="379E8AD7" w14:textId="44C03FD6" w:rsidR="00D30DE9" w:rsidRPr="00FC34E6" w:rsidRDefault="00000000" w:rsidP="00415294">
      <w:pPr>
        <w:pStyle w:val="1"/>
      </w:pPr>
      <w:bookmarkStart w:id="34" w:name="_Toc242609372"/>
      <w:bookmarkStart w:id="35" w:name="_Toc242647642"/>
      <w:r w:rsidRPr="00FC34E6">
        <w:t>Требования безопасности</w:t>
      </w:r>
      <w:bookmarkEnd w:id="34"/>
      <w:bookmarkEnd w:id="35"/>
    </w:p>
    <w:p w14:paraId="58411D3D" w14:textId="77777777" w:rsidR="00D30DE9" w:rsidRPr="00FC34E6" w:rsidRDefault="00000000" w:rsidP="00771980">
      <w:r w:rsidRPr="00FC34E6">
        <w:rPr>
          <w:highlight w:val="yellow"/>
        </w:rPr>
        <w:t>[Опишите применимые требования безопасности при изготовлении, испытаниях, монтаже, эксплуатации, обслуживании и утилизации.]</w:t>
      </w:r>
    </w:p>
    <w:p w14:paraId="550BA3C5" w14:textId="14E71DD0" w:rsidR="00D30DE9" w:rsidRPr="00FC34E6" w:rsidRDefault="00000000" w:rsidP="00D56BFB">
      <w:pPr>
        <w:pStyle w:val="a1"/>
      </w:pPr>
      <w:r w:rsidRPr="00FC34E6">
        <w:rPr>
          <w:highlight w:val="yellow"/>
        </w:rPr>
        <w:t>[Основные опасные факторы]</w:t>
      </w:r>
      <w:r w:rsidR="00B263A6">
        <w:t>;</w:t>
      </w:r>
    </w:p>
    <w:p w14:paraId="3A96AB03" w14:textId="016F60C6" w:rsidR="00D30DE9" w:rsidRPr="00FC34E6" w:rsidRDefault="00000000" w:rsidP="00D56BFB">
      <w:pPr>
        <w:pStyle w:val="a1"/>
      </w:pPr>
      <w:r w:rsidRPr="00FC34E6">
        <w:rPr>
          <w:highlight w:val="yellow"/>
        </w:rPr>
        <w:t>[Запрещённые действия / ограничения]</w:t>
      </w:r>
      <w:r w:rsidR="00B263A6">
        <w:t>;</w:t>
      </w:r>
    </w:p>
    <w:p w14:paraId="412B61E4" w14:textId="28E045DA" w:rsidR="00D30DE9" w:rsidRPr="00FC34E6" w:rsidRDefault="00000000" w:rsidP="00D56BFB">
      <w:pPr>
        <w:pStyle w:val="a1"/>
      </w:pPr>
      <w:r w:rsidRPr="00FC34E6">
        <w:rPr>
          <w:highlight w:val="yellow"/>
        </w:rPr>
        <w:t>[Требования к защитным мерам и средствам]</w:t>
      </w:r>
      <w:r w:rsidR="00B263A6">
        <w:t>.</w:t>
      </w:r>
    </w:p>
    <w:p w14:paraId="38572C77" w14:textId="54A19605" w:rsidR="00D30DE9" w:rsidRPr="00FC34E6" w:rsidRDefault="00000000" w:rsidP="00415294">
      <w:pPr>
        <w:pStyle w:val="1"/>
      </w:pPr>
      <w:bookmarkStart w:id="36" w:name="_Toc242609373"/>
      <w:bookmarkStart w:id="37" w:name="_Toc242647643"/>
      <w:r w:rsidRPr="00FC34E6">
        <w:t>Требования к приёмке</w:t>
      </w:r>
      <w:bookmarkEnd w:id="36"/>
      <w:bookmarkEnd w:id="37"/>
    </w:p>
    <w:p w14:paraId="03519365" w14:textId="77777777" w:rsidR="00D30DE9" w:rsidRPr="00FC34E6" w:rsidRDefault="00000000" w:rsidP="00771980">
      <w:r w:rsidRPr="00FC34E6">
        <w:rPr>
          <w:highlight w:val="yellow"/>
        </w:rPr>
        <w:t>[Опишите порядок приёмки результата разработки, участников приёмки, виды испытаний, необходимые документы и критерии положительного результата.]</w:t>
      </w:r>
    </w:p>
    <w:p w14:paraId="6B904C13" w14:textId="63614145" w:rsidR="00D30DE9" w:rsidRPr="00FC34E6" w:rsidRDefault="00000000" w:rsidP="00CA154E">
      <w:pPr>
        <w:pStyle w:val="a1"/>
      </w:pPr>
      <w:r w:rsidRPr="00FC34E6">
        <w:rPr>
          <w:highlight w:val="yellow"/>
        </w:rPr>
        <w:t>[Предварительные / приёмочные / приёмо-сдаточные / иные испытания</w:t>
      </w:r>
      <w:r w:rsidR="00CA154E">
        <w:rPr>
          <w:highlight w:val="yellow"/>
        </w:rPr>
        <w:t xml:space="preserve"> –</w:t>
      </w:r>
      <w:r w:rsidRPr="00FC34E6">
        <w:rPr>
          <w:highlight w:val="yellow"/>
        </w:rPr>
        <w:t>при необходимости]</w:t>
      </w:r>
      <w:r w:rsidR="00CA154E">
        <w:t>;</w:t>
      </w:r>
    </w:p>
    <w:p w14:paraId="19C37290" w14:textId="2511DF84" w:rsidR="00D30DE9" w:rsidRPr="00FC34E6" w:rsidRDefault="00000000" w:rsidP="00CA154E">
      <w:pPr>
        <w:pStyle w:val="a1"/>
      </w:pPr>
      <w:r w:rsidRPr="00FC34E6">
        <w:rPr>
          <w:highlight w:val="yellow"/>
        </w:rPr>
        <w:t>[Порядок оформления несоответствий]</w:t>
      </w:r>
      <w:r w:rsidR="00CA154E">
        <w:t>;</w:t>
      </w:r>
    </w:p>
    <w:p w14:paraId="7A0EB9E1" w14:textId="39B89090" w:rsidR="00D30DE9" w:rsidRPr="00FC34E6" w:rsidRDefault="00000000" w:rsidP="00CA154E">
      <w:pPr>
        <w:pStyle w:val="a1"/>
      </w:pPr>
      <w:r w:rsidRPr="00FC34E6">
        <w:rPr>
          <w:highlight w:val="yellow"/>
        </w:rPr>
        <w:t>[Состав приёмочной комиссии / ответственные лица — при необходимости]</w:t>
      </w:r>
      <w:r w:rsidR="00CA154E">
        <w:t>.</w:t>
      </w:r>
    </w:p>
    <w:p w14:paraId="21FDD617" w14:textId="6C863A23" w:rsidR="00D30DE9" w:rsidRPr="00FC34E6" w:rsidRDefault="00000000" w:rsidP="00415294">
      <w:pPr>
        <w:pStyle w:val="1"/>
      </w:pPr>
      <w:bookmarkStart w:id="38" w:name="_Toc242609374"/>
      <w:bookmarkStart w:id="39" w:name="_Toc242647644"/>
      <w:r w:rsidRPr="00FC34E6">
        <w:lastRenderedPageBreak/>
        <w:t>Методы контроля и испытаний</w:t>
      </w:r>
      <w:bookmarkEnd w:id="38"/>
      <w:bookmarkEnd w:id="39"/>
    </w:p>
    <w:p w14:paraId="220AF2D2" w14:textId="77777777" w:rsidR="00D30DE9" w:rsidRPr="00FC34E6" w:rsidRDefault="00000000" w:rsidP="00771980">
      <w:r w:rsidRPr="00FC34E6">
        <w:rPr>
          <w:highlight w:val="yellow"/>
        </w:rPr>
        <w:t>[Для каждого контролируемого требования укажите способ подтверждения: расчёт, анализ документации, измерение, визуальный контроль, испытание, проверка комплектности и т.п.]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135"/>
        <w:gridCol w:w="2493"/>
        <w:gridCol w:w="2493"/>
      </w:tblGrid>
      <w:tr w:rsidR="00D30DE9" w14:paraId="606B927C" w14:textId="77777777" w:rsidTr="00F2799E">
        <w:trPr>
          <w:jc w:val="center"/>
        </w:trPr>
        <w:tc>
          <w:tcPr>
            <w:tcW w:w="851" w:type="dxa"/>
            <w:tcBorders>
              <w:bottom w:val="double" w:sz="4" w:space="0" w:color="auto"/>
            </w:tcBorders>
          </w:tcPr>
          <w:p w14:paraId="19121A30" w14:textId="77777777" w:rsidR="00D30DE9" w:rsidRDefault="00000000" w:rsidP="00F2799E">
            <w:pPr>
              <w:ind w:firstLine="0"/>
              <w:jc w:val="center"/>
            </w:pPr>
            <w:r>
              <w:t>№</w:t>
            </w:r>
          </w:p>
        </w:tc>
        <w:tc>
          <w:tcPr>
            <w:tcW w:w="4135" w:type="dxa"/>
            <w:tcBorders>
              <w:bottom w:val="double" w:sz="4" w:space="0" w:color="auto"/>
            </w:tcBorders>
          </w:tcPr>
          <w:p w14:paraId="66836A3E" w14:textId="77777777" w:rsidR="00D30DE9" w:rsidRDefault="00000000" w:rsidP="00F2799E">
            <w:pPr>
              <w:ind w:firstLine="0"/>
              <w:jc w:val="center"/>
            </w:pPr>
            <w:r>
              <w:t>Контролируемое требование</w:t>
            </w:r>
          </w:p>
        </w:tc>
        <w:tc>
          <w:tcPr>
            <w:tcW w:w="2493" w:type="dxa"/>
            <w:tcBorders>
              <w:bottom w:val="double" w:sz="4" w:space="0" w:color="auto"/>
            </w:tcBorders>
          </w:tcPr>
          <w:p w14:paraId="5A8FBF50" w14:textId="77777777" w:rsidR="00D30DE9" w:rsidRDefault="00000000" w:rsidP="00F2799E">
            <w:pPr>
              <w:ind w:firstLine="0"/>
              <w:jc w:val="center"/>
            </w:pPr>
            <w:r>
              <w:t>Метод контроля / испытания</w:t>
            </w:r>
          </w:p>
        </w:tc>
        <w:tc>
          <w:tcPr>
            <w:tcW w:w="2493" w:type="dxa"/>
            <w:tcBorders>
              <w:bottom w:val="double" w:sz="4" w:space="0" w:color="auto"/>
            </w:tcBorders>
          </w:tcPr>
          <w:p w14:paraId="7482DDD7" w14:textId="77777777" w:rsidR="00F2799E" w:rsidRDefault="00000000" w:rsidP="00F2799E">
            <w:pPr>
              <w:ind w:firstLine="0"/>
              <w:jc w:val="center"/>
            </w:pPr>
            <w:r>
              <w:t xml:space="preserve">Критерий </w:t>
            </w:r>
          </w:p>
          <w:p w14:paraId="57AB4464" w14:textId="4D84A38B" w:rsidR="00D30DE9" w:rsidRDefault="00000000" w:rsidP="00F2799E">
            <w:pPr>
              <w:ind w:firstLine="0"/>
              <w:jc w:val="center"/>
            </w:pPr>
            <w:r>
              <w:t>соответствия</w:t>
            </w:r>
          </w:p>
        </w:tc>
      </w:tr>
      <w:tr w:rsidR="00D30DE9" w14:paraId="52F3756D" w14:textId="77777777" w:rsidTr="00F2799E">
        <w:trPr>
          <w:jc w:val="center"/>
        </w:trPr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19DF76F1" w14:textId="77777777" w:rsidR="00D30DE9" w:rsidRDefault="00000000" w:rsidP="00F2799E">
            <w:pPr>
              <w:ind w:firstLine="0"/>
              <w:jc w:val="center"/>
            </w:pPr>
            <w:r>
              <w:t>1</w:t>
            </w:r>
          </w:p>
        </w:tc>
        <w:tc>
          <w:tcPr>
            <w:tcW w:w="4135" w:type="dxa"/>
            <w:tcBorders>
              <w:top w:val="double" w:sz="4" w:space="0" w:color="auto"/>
            </w:tcBorders>
            <w:vAlign w:val="center"/>
          </w:tcPr>
          <w:p w14:paraId="2CE2B180" w14:textId="77777777" w:rsidR="00D30DE9" w:rsidRDefault="00000000" w:rsidP="00F2799E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[Требование]</w:t>
            </w:r>
          </w:p>
        </w:tc>
        <w:tc>
          <w:tcPr>
            <w:tcW w:w="2493" w:type="dxa"/>
            <w:tcBorders>
              <w:top w:val="double" w:sz="4" w:space="0" w:color="auto"/>
            </w:tcBorders>
            <w:vAlign w:val="center"/>
          </w:tcPr>
          <w:p w14:paraId="0FC04CF3" w14:textId="77777777" w:rsidR="00D30DE9" w:rsidRDefault="00000000" w:rsidP="00F2799E">
            <w:pPr>
              <w:spacing w:line="240" w:lineRule="auto"/>
              <w:ind w:left="11" w:hanging="11"/>
              <w:jc w:val="center"/>
            </w:pPr>
            <w:r>
              <w:rPr>
                <w:highlight w:val="yellow"/>
              </w:rPr>
              <w:t>[Метод]</w:t>
            </w:r>
          </w:p>
        </w:tc>
        <w:tc>
          <w:tcPr>
            <w:tcW w:w="2493" w:type="dxa"/>
            <w:tcBorders>
              <w:top w:val="double" w:sz="4" w:space="0" w:color="auto"/>
            </w:tcBorders>
            <w:vAlign w:val="center"/>
          </w:tcPr>
          <w:p w14:paraId="5F54CAC3" w14:textId="77777777" w:rsidR="00D30DE9" w:rsidRDefault="00000000" w:rsidP="00F2799E">
            <w:pPr>
              <w:spacing w:line="240" w:lineRule="auto"/>
              <w:ind w:left="11" w:hanging="11"/>
              <w:jc w:val="center"/>
            </w:pPr>
            <w:r>
              <w:rPr>
                <w:highlight w:val="yellow"/>
              </w:rPr>
              <w:t>[Критерий]</w:t>
            </w:r>
          </w:p>
        </w:tc>
      </w:tr>
      <w:tr w:rsidR="00D30DE9" w14:paraId="42B71EE6" w14:textId="77777777" w:rsidTr="00F2799E">
        <w:trPr>
          <w:jc w:val="center"/>
        </w:trPr>
        <w:tc>
          <w:tcPr>
            <w:tcW w:w="851" w:type="dxa"/>
            <w:vAlign w:val="center"/>
          </w:tcPr>
          <w:p w14:paraId="60ECC796" w14:textId="77777777" w:rsidR="00D30DE9" w:rsidRDefault="00000000" w:rsidP="00F2799E">
            <w:pPr>
              <w:ind w:firstLine="0"/>
              <w:jc w:val="center"/>
            </w:pPr>
            <w:r>
              <w:t>2</w:t>
            </w:r>
          </w:p>
        </w:tc>
        <w:tc>
          <w:tcPr>
            <w:tcW w:w="4135" w:type="dxa"/>
            <w:vAlign w:val="center"/>
          </w:tcPr>
          <w:p w14:paraId="76B1C265" w14:textId="77777777" w:rsidR="00D30DE9" w:rsidRDefault="00000000" w:rsidP="00F2799E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[Требование]</w:t>
            </w:r>
          </w:p>
        </w:tc>
        <w:tc>
          <w:tcPr>
            <w:tcW w:w="2493" w:type="dxa"/>
            <w:vAlign w:val="center"/>
          </w:tcPr>
          <w:p w14:paraId="1C7B9507" w14:textId="77777777" w:rsidR="00D30DE9" w:rsidRDefault="00000000" w:rsidP="00F2799E">
            <w:pPr>
              <w:spacing w:line="240" w:lineRule="auto"/>
              <w:ind w:left="11" w:hanging="11"/>
              <w:jc w:val="center"/>
            </w:pPr>
            <w:r>
              <w:rPr>
                <w:highlight w:val="yellow"/>
              </w:rPr>
              <w:t>[Метод]</w:t>
            </w:r>
          </w:p>
        </w:tc>
        <w:tc>
          <w:tcPr>
            <w:tcW w:w="2493" w:type="dxa"/>
            <w:vAlign w:val="center"/>
          </w:tcPr>
          <w:p w14:paraId="4C10FC98" w14:textId="77777777" w:rsidR="00D30DE9" w:rsidRDefault="00000000" w:rsidP="00F2799E">
            <w:pPr>
              <w:spacing w:line="240" w:lineRule="auto"/>
              <w:ind w:left="11" w:hanging="11"/>
              <w:jc w:val="center"/>
            </w:pPr>
            <w:r>
              <w:rPr>
                <w:highlight w:val="yellow"/>
              </w:rPr>
              <w:t>[Критерий]</w:t>
            </w:r>
          </w:p>
        </w:tc>
      </w:tr>
      <w:tr w:rsidR="00D30DE9" w14:paraId="21BD2A72" w14:textId="77777777" w:rsidTr="00F2799E">
        <w:trPr>
          <w:jc w:val="center"/>
        </w:trPr>
        <w:tc>
          <w:tcPr>
            <w:tcW w:w="851" w:type="dxa"/>
            <w:vAlign w:val="center"/>
          </w:tcPr>
          <w:p w14:paraId="06292291" w14:textId="77777777" w:rsidR="00D30DE9" w:rsidRDefault="00000000" w:rsidP="00F2799E">
            <w:pPr>
              <w:ind w:firstLine="0"/>
              <w:jc w:val="center"/>
            </w:pPr>
            <w:r>
              <w:t>3</w:t>
            </w:r>
          </w:p>
        </w:tc>
        <w:tc>
          <w:tcPr>
            <w:tcW w:w="4135" w:type="dxa"/>
            <w:vAlign w:val="center"/>
          </w:tcPr>
          <w:p w14:paraId="731FD350" w14:textId="77777777" w:rsidR="00D30DE9" w:rsidRDefault="00000000" w:rsidP="00F2799E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[Требование]</w:t>
            </w:r>
          </w:p>
        </w:tc>
        <w:tc>
          <w:tcPr>
            <w:tcW w:w="2493" w:type="dxa"/>
            <w:vAlign w:val="center"/>
          </w:tcPr>
          <w:p w14:paraId="26FA9E92" w14:textId="77777777" w:rsidR="00D30DE9" w:rsidRDefault="00000000" w:rsidP="00F2799E">
            <w:pPr>
              <w:spacing w:line="240" w:lineRule="auto"/>
              <w:ind w:left="11" w:hanging="11"/>
              <w:jc w:val="center"/>
            </w:pPr>
            <w:r>
              <w:rPr>
                <w:highlight w:val="yellow"/>
              </w:rPr>
              <w:t>[Метод]</w:t>
            </w:r>
          </w:p>
        </w:tc>
        <w:tc>
          <w:tcPr>
            <w:tcW w:w="2493" w:type="dxa"/>
            <w:vAlign w:val="center"/>
          </w:tcPr>
          <w:p w14:paraId="77A22047" w14:textId="77777777" w:rsidR="00D30DE9" w:rsidRDefault="00000000" w:rsidP="00F2799E">
            <w:pPr>
              <w:spacing w:line="240" w:lineRule="auto"/>
              <w:ind w:left="11" w:hanging="11"/>
              <w:jc w:val="center"/>
            </w:pPr>
            <w:r>
              <w:rPr>
                <w:highlight w:val="yellow"/>
              </w:rPr>
              <w:t>[Критерий]</w:t>
            </w:r>
          </w:p>
        </w:tc>
      </w:tr>
      <w:tr w:rsidR="00D30DE9" w14:paraId="076C8F81" w14:textId="77777777" w:rsidTr="00F2799E">
        <w:trPr>
          <w:jc w:val="center"/>
        </w:trPr>
        <w:tc>
          <w:tcPr>
            <w:tcW w:w="851" w:type="dxa"/>
            <w:vAlign w:val="center"/>
          </w:tcPr>
          <w:p w14:paraId="71122B8E" w14:textId="77777777" w:rsidR="00D30DE9" w:rsidRDefault="00000000" w:rsidP="00F2799E">
            <w:pPr>
              <w:ind w:firstLine="0"/>
              <w:jc w:val="center"/>
            </w:pPr>
            <w:r>
              <w:t>4</w:t>
            </w:r>
          </w:p>
        </w:tc>
        <w:tc>
          <w:tcPr>
            <w:tcW w:w="4135" w:type="dxa"/>
            <w:vAlign w:val="center"/>
          </w:tcPr>
          <w:p w14:paraId="611DE61D" w14:textId="77777777" w:rsidR="00D30DE9" w:rsidRDefault="00000000" w:rsidP="00F2799E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[Требование]</w:t>
            </w:r>
          </w:p>
        </w:tc>
        <w:tc>
          <w:tcPr>
            <w:tcW w:w="2493" w:type="dxa"/>
            <w:vAlign w:val="center"/>
          </w:tcPr>
          <w:p w14:paraId="5311C65E" w14:textId="77777777" w:rsidR="00D30DE9" w:rsidRDefault="00000000" w:rsidP="00F2799E">
            <w:pPr>
              <w:spacing w:line="240" w:lineRule="auto"/>
              <w:ind w:left="11" w:hanging="11"/>
              <w:jc w:val="center"/>
            </w:pPr>
            <w:r>
              <w:rPr>
                <w:highlight w:val="yellow"/>
              </w:rPr>
              <w:t>[Метод]</w:t>
            </w:r>
          </w:p>
        </w:tc>
        <w:tc>
          <w:tcPr>
            <w:tcW w:w="2493" w:type="dxa"/>
            <w:vAlign w:val="center"/>
          </w:tcPr>
          <w:p w14:paraId="6BF3EA33" w14:textId="77777777" w:rsidR="00D30DE9" w:rsidRDefault="00000000" w:rsidP="00F2799E">
            <w:pPr>
              <w:spacing w:line="240" w:lineRule="auto"/>
              <w:ind w:left="11" w:hanging="11"/>
              <w:jc w:val="center"/>
            </w:pPr>
            <w:r>
              <w:rPr>
                <w:highlight w:val="yellow"/>
              </w:rPr>
              <w:t>[Критерий]</w:t>
            </w:r>
          </w:p>
        </w:tc>
      </w:tr>
      <w:tr w:rsidR="00D30DE9" w14:paraId="304976A6" w14:textId="77777777" w:rsidTr="00F2799E">
        <w:trPr>
          <w:jc w:val="center"/>
        </w:trPr>
        <w:tc>
          <w:tcPr>
            <w:tcW w:w="851" w:type="dxa"/>
            <w:vAlign w:val="center"/>
          </w:tcPr>
          <w:p w14:paraId="6ACA0DC5" w14:textId="77777777" w:rsidR="00D30DE9" w:rsidRDefault="00000000" w:rsidP="00F2799E">
            <w:pPr>
              <w:ind w:firstLine="0"/>
              <w:jc w:val="center"/>
            </w:pPr>
            <w:r>
              <w:t>5</w:t>
            </w:r>
          </w:p>
        </w:tc>
        <w:tc>
          <w:tcPr>
            <w:tcW w:w="4135" w:type="dxa"/>
            <w:vAlign w:val="center"/>
          </w:tcPr>
          <w:p w14:paraId="647F2A76" w14:textId="77777777" w:rsidR="00D30DE9" w:rsidRDefault="00000000" w:rsidP="00F2799E">
            <w:pPr>
              <w:spacing w:line="240" w:lineRule="auto"/>
              <w:ind w:firstLine="0"/>
              <w:jc w:val="center"/>
            </w:pPr>
            <w:r>
              <w:rPr>
                <w:highlight w:val="yellow"/>
              </w:rPr>
              <w:t>[Требование]</w:t>
            </w:r>
          </w:p>
        </w:tc>
        <w:tc>
          <w:tcPr>
            <w:tcW w:w="2493" w:type="dxa"/>
            <w:vAlign w:val="center"/>
          </w:tcPr>
          <w:p w14:paraId="7D8CE048" w14:textId="77777777" w:rsidR="00D30DE9" w:rsidRDefault="00000000" w:rsidP="00F2799E">
            <w:pPr>
              <w:spacing w:line="240" w:lineRule="auto"/>
              <w:ind w:left="11" w:hanging="11"/>
              <w:jc w:val="center"/>
            </w:pPr>
            <w:r>
              <w:rPr>
                <w:highlight w:val="yellow"/>
              </w:rPr>
              <w:t>[Метод]</w:t>
            </w:r>
          </w:p>
        </w:tc>
        <w:tc>
          <w:tcPr>
            <w:tcW w:w="2493" w:type="dxa"/>
            <w:vAlign w:val="center"/>
          </w:tcPr>
          <w:p w14:paraId="20852E2F" w14:textId="77777777" w:rsidR="00D30DE9" w:rsidRDefault="00000000" w:rsidP="00F2799E">
            <w:pPr>
              <w:spacing w:line="240" w:lineRule="auto"/>
              <w:ind w:left="11" w:hanging="11"/>
              <w:jc w:val="center"/>
            </w:pPr>
            <w:r>
              <w:rPr>
                <w:highlight w:val="yellow"/>
              </w:rPr>
              <w:t>[Критерий]</w:t>
            </w:r>
          </w:p>
        </w:tc>
      </w:tr>
    </w:tbl>
    <w:p w14:paraId="0D599347" w14:textId="7471406E" w:rsidR="00D30DE9" w:rsidRDefault="00000000" w:rsidP="00415294">
      <w:pPr>
        <w:pStyle w:val="1"/>
      </w:pPr>
      <w:bookmarkStart w:id="40" w:name="_Toc242609375"/>
      <w:bookmarkStart w:id="41" w:name="_Toc242647645"/>
      <w:r>
        <w:t>Транспортирование и хранение</w:t>
      </w:r>
      <w:bookmarkEnd w:id="40"/>
      <w:bookmarkEnd w:id="41"/>
    </w:p>
    <w:p w14:paraId="4073BD85" w14:textId="77777777" w:rsidR="00D30DE9" w:rsidRPr="00FC34E6" w:rsidRDefault="00000000" w:rsidP="00771980">
      <w:r w:rsidRPr="00FC34E6">
        <w:rPr>
          <w:highlight w:val="yellow"/>
        </w:rPr>
        <w:t>[Укажите допустимые виды транспорта, требования к упаковке при перевозке, условия хранения, сроки хранения, ограничения по температуре, влажности, ударам и другим факторам.]</w:t>
      </w:r>
    </w:p>
    <w:p w14:paraId="333A7008" w14:textId="339F130C" w:rsidR="00D30DE9" w:rsidRPr="00FC34E6" w:rsidRDefault="00000000" w:rsidP="00415294">
      <w:pPr>
        <w:pStyle w:val="1"/>
      </w:pPr>
      <w:bookmarkStart w:id="42" w:name="_Toc242609376"/>
      <w:bookmarkStart w:id="43" w:name="_Toc242647646"/>
      <w:r w:rsidRPr="00FC34E6">
        <w:t>Указания по эксплуатации</w:t>
      </w:r>
      <w:bookmarkEnd w:id="42"/>
      <w:bookmarkEnd w:id="43"/>
    </w:p>
    <w:p w14:paraId="63E8BF24" w14:textId="77777777" w:rsidR="00D30DE9" w:rsidRPr="00FC34E6" w:rsidRDefault="00000000" w:rsidP="00771980">
      <w:r w:rsidRPr="00FC34E6">
        <w:rPr>
          <w:highlight w:val="yellow"/>
        </w:rPr>
        <w:t>[Укажите требования к монтажу, вводу в эксплуатацию, режимам работы, обслуживанию, диагностике, ремонту и выводу из эксплуатации.]</w:t>
      </w:r>
    </w:p>
    <w:p w14:paraId="72F9B8EB" w14:textId="77777777" w:rsidR="00D30DE9" w:rsidRPr="009E2968" w:rsidRDefault="00000000" w:rsidP="00771980">
      <w:pPr>
        <w:rPr>
          <w:i/>
          <w:iCs/>
        </w:rPr>
      </w:pPr>
      <w:r w:rsidRPr="009E2968">
        <w:rPr>
          <w:i/>
          <w:iCs/>
        </w:rPr>
        <w:t>Подсказка</w:t>
      </w:r>
      <w:proofErr w:type="gramStart"/>
      <w:r w:rsidRPr="009E2968">
        <w:rPr>
          <w:i/>
          <w:iCs/>
        </w:rPr>
        <w:t>: Если</w:t>
      </w:r>
      <w:proofErr w:type="gramEnd"/>
      <w:r w:rsidRPr="009E2968">
        <w:rPr>
          <w:i/>
          <w:iCs/>
        </w:rPr>
        <w:t xml:space="preserve"> эксплуатационные требования должны содержаться только в руководстве по эксплуатации, здесь можно дать ссылку на него и оставить ключевые ограничения.</w:t>
      </w:r>
    </w:p>
    <w:p w14:paraId="7137FE56" w14:textId="0F9723DF" w:rsidR="00D30DE9" w:rsidRPr="00FC34E6" w:rsidRDefault="00000000" w:rsidP="00415294">
      <w:pPr>
        <w:pStyle w:val="1"/>
      </w:pPr>
      <w:bookmarkStart w:id="44" w:name="_Toc242609377"/>
      <w:bookmarkStart w:id="45" w:name="_Toc242647647"/>
      <w:r w:rsidRPr="00FC34E6">
        <w:lastRenderedPageBreak/>
        <w:t>Гарантии</w:t>
      </w:r>
      <w:bookmarkEnd w:id="44"/>
      <w:bookmarkEnd w:id="45"/>
    </w:p>
    <w:p w14:paraId="0C2529E6" w14:textId="77777777" w:rsidR="00D30DE9" w:rsidRPr="00FC34E6" w:rsidRDefault="00000000" w:rsidP="00771980">
      <w:r w:rsidRPr="00FC34E6">
        <w:rPr>
          <w:highlight w:val="yellow"/>
        </w:rPr>
        <w:t>[Укажите гарантийный срок / период, момент начала его исчисления, условия сохранения гарантии и случаи, при которых гарантийные обязательства не применяются.]</w:t>
      </w:r>
    </w:p>
    <w:p w14:paraId="08C50B63" w14:textId="3447CF7F" w:rsidR="00D30DE9" w:rsidRDefault="00000000" w:rsidP="00415294">
      <w:pPr>
        <w:pStyle w:val="1"/>
      </w:pPr>
      <w:bookmarkStart w:id="46" w:name="_Toc242609378"/>
      <w:bookmarkStart w:id="47" w:name="_Toc242647648"/>
      <w:r>
        <w:t>Перечень сокращений</w:t>
      </w:r>
      <w:bookmarkEnd w:id="46"/>
      <w:bookmarkEnd w:id="47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7278"/>
      </w:tblGrid>
      <w:tr w:rsidR="00D30DE9" w14:paraId="40A95F2F" w14:textId="77777777" w:rsidTr="00CE1783">
        <w:trPr>
          <w:jc w:val="center"/>
        </w:trPr>
        <w:tc>
          <w:tcPr>
            <w:tcW w:w="2694" w:type="dxa"/>
          </w:tcPr>
          <w:p w14:paraId="0A529C9A" w14:textId="77777777" w:rsidR="00D30DE9" w:rsidRDefault="00000000" w:rsidP="00CE1783">
            <w:pPr>
              <w:ind w:firstLine="0"/>
              <w:jc w:val="center"/>
            </w:pPr>
            <w:r>
              <w:t>Сокращение</w:t>
            </w:r>
          </w:p>
        </w:tc>
        <w:tc>
          <w:tcPr>
            <w:tcW w:w="7278" w:type="dxa"/>
          </w:tcPr>
          <w:p w14:paraId="1E4E65F0" w14:textId="77777777" w:rsidR="00D30DE9" w:rsidRDefault="00000000" w:rsidP="00CE1783">
            <w:pPr>
              <w:ind w:firstLine="0"/>
              <w:jc w:val="center"/>
            </w:pPr>
            <w:r>
              <w:t>Расшифровка</w:t>
            </w:r>
          </w:p>
        </w:tc>
      </w:tr>
      <w:tr w:rsidR="00D30DE9" w14:paraId="09398F74" w14:textId="77777777" w:rsidTr="00CE1783">
        <w:trPr>
          <w:jc w:val="center"/>
        </w:trPr>
        <w:tc>
          <w:tcPr>
            <w:tcW w:w="2694" w:type="dxa"/>
          </w:tcPr>
          <w:p w14:paraId="3CB5745A" w14:textId="77777777" w:rsidR="00D30DE9" w:rsidRDefault="00000000" w:rsidP="00CE1783">
            <w:pPr>
              <w:ind w:firstLine="0"/>
              <w:jc w:val="center"/>
            </w:pPr>
            <w:r w:rsidRPr="00CE1783">
              <w:t>[Сокращение]</w:t>
            </w:r>
          </w:p>
        </w:tc>
        <w:tc>
          <w:tcPr>
            <w:tcW w:w="7278" w:type="dxa"/>
          </w:tcPr>
          <w:p w14:paraId="183D7837" w14:textId="77777777" w:rsidR="00D30DE9" w:rsidRDefault="00000000" w:rsidP="00CE1783">
            <w:pPr>
              <w:ind w:firstLine="0"/>
              <w:jc w:val="center"/>
            </w:pPr>
            <w:r w:rsidRPr="00CE1783">
              <w:t>[Расшифровка]</w:t>
            </w:r>
          </w:p>
        </w:tc>
      </w:tr>
      <w:tr w:rsidR="00D30DE9" w14:paraId="46F8631C" w14:textId="77777777" w:rsidTr="00CE1783">
        <w:trPr>
          <w:jc w:val="center"/>
        </w:trPr>
        <w:tc>
          <w:tcPr>
            <w:tcW w:w="2694" w:type="dxa"/>
          </w:tcPr>
          <w:p w14:paraId="004114D5" w14:textId="77777777" w:rsidR="00D30DE9" w:rsidRDefault="00000000" w:rsidP="00CE1783">
            <w:pPr>
              <w:ind w:firstLine="0"/>
              <w:jc w:val="center"/>
            </w:pPr>
            <w:r w:rsidRPr="00CE1783">
              <w:t>[Сокращение]</w:t>
            </w:r>
          </w:p>
        </w:tc>
        <w:tc>
          <w:tcPr>
            <w:tcW w:w="7278" w:type="dxa"/>
          </w:tcPr>
          <w:p w14:paraId="5BC8F1FD" w14:textId="77777777" w:rsidR="00D30DE9" w:rsidRDefault="00000000" w:rsidP="00CE1783">
            <w:pPr>
              <w:ind w:firstLine="0"/>
              <w:jc w:val="center"/>
            </w:pPr>
            <w:r w:rsidRPr="00CE1783">
              <w:t>[Расшифровка]</w:t>
            </w:r>
          </w:p>
        </w:tc>
      </w:tr>
      <w:tr w:rsidR="00D30DE9" w14:paraId="2334FC0A" w14:textId="77777777" w:rsidTr="00CE1783">
        <w:trPr>
          <w:jc w:val="center"/>
        </w:trPr>
        <w:tc>
          <w:tcPr>
            <w:tcW w:w="2694" w:type="dxa"/>
          </w:tcPr>
          <w:p w14:paraId="41FEF620" w14:textId="77777777" w:rsidR="00D30DE9" w:rsidRDefault="00000000" w:rsidP="00CE1783">
            <w:pPr>
              <w:ind w:firstLine="0"/>
              <w:jc w:val="center"/>
            </w:pPr>
            <w:r w:rsidRPr="00CE1783">
              <w:t>[Сокращение]</w:t>
            </w:r>
          </w:p>
        </w:tc>
        <w:tc>
          <w:tcPr>
            <w:tcW w:w="7278" w:type="dxa"/>
          </w:tcPr>
          <w:p w14:paraId="6D34F201" w14:textId="77777777" w:rsidR="00D30DE9" w:rsidRDefault="00000000" w:rsidP="00CE1783">
            <w:pPr>
              <w:ind w:firstLine="0"/>
              <w:jc w:val="center"/>
            </w:pPr>
            <w:r w:rsidRPr="00CE1783">
              <w:t>[Расшифровка]</w:t>
            </w:r>
          </w:p>
        </w:tc>
      </w:tr>
      <w:tr w:rsidR="00D30DE9" w14:paraId="554368C4" w14:textId="77777777" w:rsidTr="00CE1783">
        <w:trPr>
          <w:jc w:val="center"/>
        </w:trPr>
        <w:tc>
          <w:tcPr>
            <w:tcW w:w="2694" w:type="dxa"/>
          </w:tcPr>
          <w:p w14:paraId="42B5BFDC" w14:textId="77777777" w:rsidR="00D30DE9" w:rsidRDefault="00000000" w:rsidP="00CE1783">
            <w:pPr>
              <w:ind w:firstLine="0"/>
              <w:jc w:val="center"/>
            </w:pPr>
            <w:r w:rsidRPr="00CE1783">
              <w:t>[Сокращение]</w:t>
            </w:r>
          </w:p>
        </w:tc>
        <w:tc>
          <w:tcPr>
            <w:tcW w:w="7278" w:type="dxa"/>
          </w:tcPr>
          <w:p w14:paraId="518E258D" w14:textId="77777777" w:rsidR="00D30DE9" w:rsidRDefault="00000000" w:rsidP="00CE1783">
            <w:pPr>
              <w:ind w:firstLine="0"/>
              <w:jc w:val="center"/>
            </w:pPr>
            <w:r w:rsidRPr="00CE1783">
              <w:t>[Расшифровка]</w:t>
            </w:r>
          </w:p>
        </w:tc>
      </w:tr>
    </w:tbl>
    <w:p w14:paraId="1616F92D" w14:textId="77777777" w:rsidR="00D30DE9" w:rsidRPr="00ED7BDB" w:rsidRDefault="00000000" w:rsidP="00771980">
      <w:pPr>
        <w:rPr>
          <w:i/>
          <w:iCs/>
        </w:rPr>
      </w:pPr>
      <w:r w:rsidRPr="00ED7BDB">
        <w:rPr>
          <w:i/>
          <w:iCs/>
        </w:rPr>
        <w:t>Подсказка</w:t>
      </w:r>
      <w:proofErr w:type="gramStart"/>
      <w:r w:rsidRPr="00ED7BDB">
        <w:rPr>
          <w:i/>
          <w:iCs/>
        </w:rPr>
        <w:t>: Удалите</w:t>
      </w:r>
      <w:proofErr w:type="gramEnd"/>
      <w:r w:rsidRPr="00ED7BDB">
        <w:rPr>
          <w:i/>
          <w:iCs/>
        </w:rPr>
        <w:t xml:space="preserve"> раздел, если специальные сокращения в документе не используются.</w:t>
      </w:r>
    </w:p>
    <w:p w14:paraId="0A620240" w14:textId="5E42DE9C" w:rsidR="00D30DE9" w:rsidRDefault="00000000" w:rsidP="00415294">
      <w:pPr>
        <w:pStyle w:val="1"/>
      </w:pPr>
      <w:bookmarkStart w:id="48" w:name="_Toc242609379"/>
      <w:bookmarkStart w:id="49" w:name="_Toc242647649"/>
      <w:r>
        <w:t>Стадии и этапы разработки</w:t>
      </w:r>
      <w:bookmarkEnd w:id="48"/>
      <w:bookmarkEnd w:id="49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2"/>
        <w:gridCol w:w="2313"/>
        <w:gridCol w:w="3758"/>
        <w:gridCol w:w="3086"/>
      </w:tblGrid>
      <w:tr w:rsidR="00D30DE9" w14:paraId="4665ABFE" w14:textId="77777777" w:rsidTr="00CE1783">
        <w:trPr>
          <w:trHeight w:val="767"/>
          <w:jc w:val="center"/>
        </w:trPr>
        <w:tc>
          <w:tcPr>
            <w:tcW w:w="1012" w:type="dxa"/>
            <w:tcBorders>
              <w:bottom w:val="double" w:sz="4" w:space="0" w:color="auto"/>
            </w:tcBorders>
            <w:vAlign w:val="center"/>
          </w:tcPr>
          <w:p w14:paraId="6CFD0EFD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>
              <w:t>№</w:t>
            </w:r>
          </w:p>
        </w:tc>
        <w:tc>
          <w:tcPr>
            <w:tcW w:w="2313" w:type="dxa"/>
            <w:tcBorders>
              <w:bottom w:val="double" w:sz="4" w:space="0" w:color="auto"/>
            </w:tcBorders>
            <w:vAlign w:val="center"/>
          </w:tcPr>
          <w:p w14:paraId="4334F386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>
              <w:t>Этап</w:t>
            </w:r>
          </w:p>
        </w:tc>
        <w:tc>
          <w:tcPr>
            <w:tcW w:w="3758" w:type="dxa"/>
            <w:tcBorders>
              <w:bottom w:val="double" w:sz="4" w:space="0" w:color="auto"/>
            </w:tcBorders>
            <w:vAlign w:val="center"/>
          </w:tcPr>
          <w:p w14:paraId="616F4002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>
              <w:t>Содержание / результат</w:t>
            </w:r>
          </w:p>
        </w:tc>
        <w:tc>
          <w:tcPr>
            <w:tcW w:w="3086" w:type="dxa"/>
            <w:tcBorders>
              <w:bottom w:val="double" w:sz="4" w:space="0" w:color="auto"/>
            </w:tcBorders>
            <w:vAlign w:val="center"/>
          </w:tcPr>
          <w:p w14:paraId="03F76EE3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>
              <w:t>Исполнитель / срок</w:t>
            </w:r>
          </w:p>
        </w:tc>
      </w:tr>
      <w:tr w:rsidR="00D30DE9" w14:paraId="45ABED5E" w14:textId="77777777" w:rsidTr="00CE1783">
        <w:trPr>
          <w:trHeight w:val="723"/>
          <w:jc w:val="center"/>
        </w:trPr>
        <w:tc>
          <w:tcPr>
            <w:tcW w:w="1012" w:type="dxa"/>
            <w:tcBorders>
              <w:top w:val="double" w:sz="4" w:space="0" w:color="auto"/>
            </w:tcBorders>
            <w:vAlign w:val="center"/>
          </w:tcPr>
          <w:p w14:paraId="45840B96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2313" w:type="dxa"/>
            <w:tcBorders>
              <w:top w:val="double" w:sz="4" w:space="0" w:color="auto"/>
            </w:tcBorders>
            <w:vAlign w:val="center"/>
          </w:tcPr>
          <w:p w14:paraId="75BD4AF0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[Этап]</w:t>
            </w:r>
          </w:p>
        </w:tc>
        <w:tc>
          <w:tcPr>
            <w:tcW w:w="3758" w:type="dxa"/>
            <w:tcBorders>
              <w:top w:val="double" w:sz="4" w:space="0" w:color="auto"/>
            </w:tcBorders>
            <w:vAlign w:val="center"/>
          </w:tcPr>
          <w:p w14:paraId="19299A02" w14:textId="77777777" w:rsidR="00321B9C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 xml:space="preserve">[Содержание работ / </w:t>
            </w:r>
          </w:p>
          <w:p w14:paraId="79F0C408" w14:textId="1483A3A4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результат]</w:t>
            </w:r>
          </w:p>
        </w:tc>
        <w:tc>
          <w:tcPr>
            <w:tcW w:w="3086" w:type="dxa"/>
            <w:tcBorders>
              <w:top w:val="double" w:sz="4" w:space="0" w:color="auto"/>
            </w:tcBorders>
            <w:vAlign w:val="center"/>
          </w:tcPr>
          <w:p w14:paraId="249D6802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[Исполнитель / срок]</w:t>
            </w:r>
          </w:p>
        </w:tc>
      </w:tr>
      <w:tr w:rsidR="00D30DE9" w14:paraId="002A88A2" w14:textId="77777777" w:rsidTr="00CE1783">
        <w:trPr>
          <w:trHeight w:val="723"/>
          <w:jc w:val="center"/>
        </w:trPr>
        <w:tc>
          <w:tcPr>
            <w:tcW w:w="1012" w:type="dxa"/>
            <w:vAlign w:val="center"/>
          </w:tcPr>
          <w:p w14:paraId="6FBE046A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2313" w:type="dxa"/>
            <w:vAlign w:val="center"/>
          </w:tcPr>
          <w:p w14:paraId="67BC4B78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[Этап]</w:t>
            </w:r>
          </w:p>
        </w:tc>
        <w:tc>
          <w:tcPr>
            <w:tcW w:w="3758" w:type="dxa"/>
            <w:vAlign w:val="center"/>
          </w:tcPr>
          <w:p w14:paraId="3AAA5449" w14:textId="77777777" w:rsidR="00321B9C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[Содержание работ /</w:t>
            </w:r>
          </w:p>
          <w:p w14:paraId="3DA82943" w14:textId="6C05EEE2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 xml:space="preserve"> результат]</w:t>
            </w:r>
          </w:p>
        </w:tc>
        <w:tc>
          <w:tcPr>
            <w:tcW w:w="3086" w:type="dxa"/>
            <w:vAlign w:val="center"/>
          </w:tcPr>
          <w:p w14:paraId="7743D40A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[Исполнитель / срок]</w:t>
            </w:r>
          </w:p>
        </w:tc>
      </w:tr>
      <w:tr w:rsidR="00D30DE9" w14:paraId="04010663" w14:textId="77777777" w:rsidTr="00CE1783">
        <w:trPr>
          <w:trHeight w:val="723"/>
          <w:jc w:val="center"/>
        </w:trPr>
        <w:tc>
          <w:tcPr>
            <w:tcW w:w="1012" w:type="dxa"/>
            <w:vAlign w:val="center"/>
          </w:tcPr>
          <w:p w14:paraId="7AC87235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2313" w:type="dxa"/>
            <w:vAlign w:val="center"/>
          </w:tcPr>
          <w:p w14:paraId="76D266C5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[Этап]</w:t>
            </w:r>
          </w:p>
        </w:tc>
        <w:tc>
          <w:tcPr>
            <w:tcW w:w="3758" w:type="dxa"/>
            <w:vAlign w:val="center"/>
          </w:tcPr>
          <w:p w14:paraId="766F719C" w14:textId="77777777" w:rsidR="00321B9C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 xml:space="preserve">[Содержание работ / </w:t>
            </w:r>
          </w:p>
          <w:p w14:paraId="00BD840A" w14:textId="33704E0F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результат]</w:t>
            </w:r>
          </w:p>
        </w:tc>
        <w:tc>
          <w:tcPr>
            <w:tcW w:w="3086" w:type="dxa"/>
            <w:vAlign w:val="center"/>
          </w:tcPr>
          <w:p w14:paraId="017F197A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[Исполнитель / срок]</w:t>
            </w:r>
          </w:p>
        </w:tc>
      </w:tr>
      <w:tr w:rsidR="00D30DE9" w14:paraId="095DAFB4" w14:textId="77777777" w:rsidTr="00CE1783">
        <w:trPr>
          <w:trHeight w:val="723"/>
          <w:jc w:val="center"/>
        </w:trPr>
        <w:tc>
          <w:tcPr>
            <w:tcW w:w="1012" w:type="dxa"/>
            <w:vAlign w:val="center"/>
          </w:tcPr>
          <w:p w14:paraId="365EB142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>
              <w:t>4</w:t>
            </w:r>
          </w:p>
        </w:tc>
        <w:tc>
          <w:tcPr>
            <w:tcW w:w="2313" w:type="dxa"/>
            <w:vAlign w:val="center"/>
          </w:tcPr>
          <w:p w14:paraId="69C2FF65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[Этап]</w:t>
            </w:r>
          </w:p>
        </w:tc>
        <w:tc>
          <w:tcPr>
            <w:tcW w:w="3758" w:type="dxa"/>
            <w:vAlign w:val="center"/>
          </w:tcPr>
          <w:p w14:paraId="6D3962A9" w14:textId="77777777" w:rsidR="00321B9C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[Содержание работ /</w:t>
            </w:r>
          </w:p>
          <w:p w14:paraId="78CCC54B" w14:textId="2C66578C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 xml:space="preserve"> результат]</w:t>
            </w:r>
          </w:p>
        </w:tc>
        <w:tc>
          <w:tcPr>
            <w:tcW w:w="3086" w:type="dxa"/>
            <w:vAlign w:val="center"/>
          </w:tcPr>
          <w:p w14:paraId="62B9B4E5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[Исполнитель / срок]</w:t>
            </w:r>
          </w:p>
        </w:tc>
      </w:tr>
      <w:tr w:rsidR="00D30DE9" w14:paraId="4B9D32B2" w14:textId="77777777" w:rsidTr="00CE1783">
        <w:trPr>
          <w:trHeight w:val="723"/>
          <w:jc w:val="center"/>
        </w:trPr>
        <w:tc>
          <w:tcPr>
            <w:tcW w:w="1012" w:type="dxa"/>
            <w:vAlign w:val="center"/>
          </w:tcPr>
          <w:p w14:paraId="6A2A3F31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2313" w:type="dxa"/>
            <w:vAlign w:val="center"/>
          </w:tcPr>
          <w:p w14:paraId="71C71A7B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[Этап]</w:t>
            </w:r>
          </w:p>
        </w:tc>
        <w:tc>
          <w:tcPr>
            <w:tcW w:w="3758" w:type="dxa"/>
            <w:vAlign w:val="center"/>
          </w:tcPr>
          <w:p w14:paraId="61156E71" w14:textId="77777777" w:rsidR="00321B9C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 xml:space="preserve">[Содержание работ / </w:t>
            </w:r>
          </w:p>
          <w:p w14:paraId="7E4FDF29" w14:textId="4D8ACE34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результат]</w:t>
            </w:r>
          </w:p>
        </w:tc>
        <w:tc>
          <w:tcPr>
            <w:tcW w:w="3086" w:type="dxa"/>
            <w:vAlign w:val="center"/>
          </w:tcPr>
          <w:p w14:paraId="5931191C" w14:textId="77777777" w:rsidR="00D30DE9" w:rsidRDefault="00000000" w:rsidP="00CE1783">
            <w:pPr>
              <w:spacing w:line="240" w:lineRule="auto"/>
              <w:ind w:firstLine="0"/>
              <w:jc w:val="center"/>
            </w:pPr>
            <w:r w:rsidRPr="00CE1783">
              <w:t>[Исполнитель / срок]</w:t>
            </w:r>
          </w:p>
        </w:tc>
      </w:tr>
    </w:tbl>
    <w:p w14:paraId="68AEA33D" w14:textId="77777777" w:rsidR="00D30DE9" w:rsidRPr="00FC34E6" w:rsidRDefault="00000000" w:rsidP="00771980">
      <w:r w:rsidRPr="00FC34E6">
        <w:rPr>
          <w:highlight w:val="yellow"/>
        </w:rPr>
        <w:t>[Сроки выполнения работ определяются договором / календарным планом / приведённой таблицей — выберите применимый вариант.]</w:t>
      </w:r>
    </w:p>
    <w:p w14:paraId="0EB94D6E" w14:textId="77777777" w:rsidR="00D30DE9" w:rsidRPr="00FC34E6" w:rsidRDefault="00000000" w:rsidP="00771980">
      <w:r w:rsidRPr="00FC34E6">
        <w:br w:type="page"/>
      </w:r>
    </w:p>
    <w:p w14:paraId="75DC2882" w14:textId="77777777" w:rsidR="00D30DE9" w:rsidRPr="00CE1783" w:rsidRDefault="00000000" w:rsidP="00771980">
      <w:pPr>
        <w:rPr>
          <w:i/>
          <w:iCs/>
        </w:rPr>
      </w:pPr>
      <w:r w:rsidRPr="00CE1783">
        <w:rPr>
          <w:i/>
          <w:iCs/>
        </w:rPr>
        <w:lastRenderedPageBreak/>
        <w:t>ПРИЛОЖЕНИЯ</w:t>
      </w:r>
    </w:p>
    <w:p w14:paraId="1A0B023C" w14:textId="77777777" w:rsidR="00D30DE9" w:rsidRPr="00CE1783" w:rsidRDefault="00000000" w:rsidP="00771980">
      <w:pPr>
        <w:rPr>
          <w:i/>
          <w:iCs/>
        </w:rPr>
      </w:pPr>
      <w:r w:rsidRPr="00CE1783">
        <w:rPr>
          <w:i/>
          <w:iCs/>
        </w:rPr>
        <w:t>Подсказка: Добавляйте приложения только при необходимости. Ниже приведены примеры структуры.</w:t>
      </w:r>
    </w:p>
    <w:p w14:paraId="336166C7" w14:textId="1E5F92D2" w:rsidR="00D30DE9" w:rsidRPr="000C5B96" w:rsidRDefault="00000000" w:rsidP="00B93263">
      <w:pPr>
        <w:pStyle w:val="4"/>
      </w:pPr>
      <w:bookmarkStart w:id="50" w:name="_Toc242609380"/>
      <w:bookmarkStart w:id="51" w:name="_Toc242647650"/>
      <w:r w:rsidRPr="000C5B96">
        <w:t>Приложение А</w:t>
      </w:r>
      <w:r w:rsidR="00CE1783" w:rsidRPr="000C5B96">
        <w:br/>
        <w:t>(обязательное)</w:t>
      </w:r>
      <w:r w:rsidR="00CE1783" w:rsidRPr="000C5B96">
        <w:br/>
      </w:r>
      <w:r w:rsidRPr="000C5B96">
        <w:t xml:space="preserve"> Основные технические характеристики</w:t>
      </w:r>
      <w:bookmarkEnd w:id="50"/>
      <w:bookmarkEnd w:id="51"/>
    </w:p>
    <w:p w14:paraId="3AB0B5DD" w14:textId="77777777" w:rsidR="00D30DE9" w:rsidRPr="00FC34E6" w:rsidRDefault="00000000" w:rsidP="00771980">
      <w:r w:rsidRPr="00FC34E6">
        <w:rPr>
          <w:highlight w:val="yellow"/>
        </w:rPr>
        <w:t>[Разместите таблицу параметров, чертёж, схему, габаритные размеры или иной материал, который перегружает основной текст.]</w:t>
      </w:r>
    </w:p>
    <w:p w14:paraId="283DA366" w14:textId="36B6C1DC" w:rsidR="00D30DE9" w:rsidRPr="00FC34E6" w:rsidRDefault="00000000" w:rsidP="00B93263">
      <w:pPr>
        <w:pStyle w:val="4"/>
        <w:spacing w:before="0" w:after="0"/>
      </w:pPr>
      <w:bookmarkStart w:id="52" w:name="_Toc242609381"/>
      <w:bookmarkStart w:id="53" w:name="_Toc242647651"/>
      <w:r w:rsidRPr="00FC34E6">
        <w:t>Приложение Б</w:t>
      </w:r>
      <w:r w:rsidR="00A3735D">
        <w:br/>
      </w:r>
      <w:r w:rsidR="00CE1783">
        <w:t>(обязательное)</w:t>
      </w:r>
      <w:r w:rsidR="00CE1783">
        <w:br/>
      </w:r>
      <w:r w:rsidRPr="00FC34E6">
        <w:t>Условия эксплуатации и внешние воздействия</w:t>
      </w:r>
      <w:bookmarkEnd w:id="52"/>
      <w:bookmarkEnd w:id="53"/>
    </w:p>
    <w:p w14:paraId="5FB237CD" w14:textId="77777777" w:rsidR="00D30DE9" w:rsidRPr="00FC34E6" w:rsidRDefault="00000000" w:rsidP="00771980">
      <w:r w:rsidRPr="00FC34E6">
        <w:rPr>
          <w:highlight w:val="yellow"/>
        </w:rPr>
        <w:t>[При необходимости приведите подробную таблицу режимов эксплуатации, температуры, влажности, давления, вибрации и других факторов.]</w:t>
      </w:r>
    </w:p>
    <w:p w14:paraId="531392B5" w14:textId="36F599B0" w:rsidR="00D30DE9" w:rsidRDefault="00000000" w:rsidP="000C5B96">
      <w:pPr>
        <w:pStyle w:val="4"/>
        <w:spacing w:before="0" w:after="0"/>
      </w:pPr>
      <w:bookmarkStart w:id="54" w:name="_Toc242609382"/>
      <w:bookmarkStart w:id="55" w:name="_Toc242647652"/>
      <w:r w:rsidRPr="00FC34E6">
        <w:t xml:space="preserve">Приложение В </w:t>
      </w:r>
      <w:r w:rsidR="00A3735D">
        <w:br/>
      </w:r>
      <w:r w:rsidR="00CE1783">
        <w:t>(обязательное)</w:t>
      </w:r>
      <w:r w:rsidR="00A3735D">
        <w:br/>
      </w:r>
      <w:r w:rsidRPr="00FC34E6">
        <w:t>Объём контроля и испытаний</w:t>
      </w:r>
      <w:bookmarkEnd w:id="54"/>
      <w:bookmarkEnd w:id="55"/>
    </w:p>
    <w:p w14:paraId="2034178E" w14:textId="77777777" w:rsidR="000C5B96" w:rsidRPr="000C5B96" w:rsidRDefault="000C5B96" w:rsidP="000C5B9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77"/>
        <w:gridCol w:w="2811"/>
        <w:gridCol w:w="2175"/>
      </w:tblGrid>
      <w:tr w:rsidR="00D30DE9" w14:paraId="5B5F7055" w14:textId="77777777" w:rsidTr="00610DC4">
        <w:trPr>
          <w:trHeight w:val="737"/>
          <w:jc w:val="center"/>
        </w:trPr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30EFFE6D" w14:textId="77777777" w:rsidR="00D30DE9" w:rsidRDefault="00000000" w:rsidP="00610DC4">
            <w:pPr>
              <w:ind w:firstLine="35"/>
              <w:jc w:val="center"/>
            </w:pPr>
            <w:r>
              <w:t>№</w:t>
            </w:r>
          </w:p>
        </w:tc>
        <w:tc>
          <w:tcPr>
            <w:tcW w:w="4277" w:type="dxa"/>
            <w:tcBorders>
              <w:bottom w:val="double" w:sz="4" w:space="0" w:color="auto"/>
            </w:tcBorders>
            <w:vAlign w:val="center"/>
          </w:tcPr>
          <w:p w14:paraId="020058D1" w14:textId="77777777" w:rsidR="00D30DE9" w:rsidRDefault="00000000" w:rsidP="00610DC4">
            <w:pPr>
              <w:spacing w:line="240" w:lineRule="auto"/>
              <w:ind w:firstLine="0"/>
              <w:jc w:val="center"/>
            </w:pPr>
            <w:r>
              <w:t>Вид контроля / испытания</w:t>
            </w:r>
          </w:p>
        </w:tc>
        <w:tc>
          <w:tcPr>
            <w:tcW w:w="2811" w:type="dxa"/>
            <w:tcBorders>
              <w:bottom w:val="double" w:sz="4" w:space="0" w:color="auto"/>
            </w:tcBorders>
            <w:vAlign w:val="center"/>
          </w:tcPr>
          <w:p w14:paraId="7CF72B5B" w14:textId="77777777" w:rsidR="00610DC4" w:rsidRDefault="00000000" w:rsidP="00610DC4">
            <w:pPr>
              <w:spacing w:line="240" w:lineRule="auto"/>
              <w:ind w:firstLine="0"/>
              <w:jc w:val="center"/>
            </w:pPr>
            <w:r>
              <w:t xml:space="preserve">Этап / </w:t>
            </w:r>
          </w:p>
          <w:p w14:paraId="625C0CC3" w14:textId="43ADC8A5" w:rsidR="00D30DE9" w:rsidRDefault="00000000" w:rsidP="00610DC4">
            <w:pPr>
              <w:spacing w:line="240" w:lineRule="auto"/>
              <w:ind w:firstLine="0"/>
              <w:jc w:val="center"/>
            </w:pPr>
            <w:r>
              <w:t>вид испытаний</w:t>
            </w:r>
          </w:p>
        </w:tc>
        <w:tc>
          <w:tcPr>
            <w:tcW w:w="2175" w:type="dxa"/>
            <w:tcBorders>
              <w:bottom w:val="double" w:sz="4" w:space="0" w:color="auto"/>
            </w:tcBorders>
            <w:vAlign w:val="center"/>
          </w:tcPr>
          <w:p w14:paraId="00626F96" w14:textId="77777777" w:rsidR="00D30DE9" w:rsidRDefault="00000000" w:rsidP="00610DC4">
            <w:pPr>
              <w:spacing w:line="240" w:lineRule="auto"/>
              <w:ind w:firstLine="0"/>
              <w:jc w:val="center"/>
            </w:pPr>
            <w:r>
              <w:t>Примечание</w:t>
            </w:r>
          </w:p>
        </w:tc>
      </w:tr>
      <w:tr w:rsidR="00D30DE9" w14:paraId="56E10630" w14:textId="77777777" w:rsidTr="00610DC4">
        <w:trPr>
          <w:trHeight w:val="737"/>
          <w:jc w:val="center"/>
        </w:trPr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14:paraId="77655879" w14:textId="77777777" w:rsidR="00D30DE9" w:rsidRDefault="00000000" w:rsidP="00610DC4">
            <w:pPr>
              <w:ind w:firstLine="35"/>
              <w:jc w:val="center"/>
            </w:pPr>
            <w:r>
              <w:t>1</w:t>
            </w:r>
          </w:p>
        </w:tc>
        <w:tc>
          <w:tcPr>
            <w:tcW w:w="4277" w:type="dxa"/>
            <w:tcBorders>
              <w:top w:val="double" w:sz="4" w:space="0" w:color="auto"/>
            </w:tcBorders>
            <w:vAlign w:val="center"/>
          </w:tcPr>
          <w:p w14:paraId="06002241" w14:textId="77777777" w:rsidR="00D30DE9" w:rsidRDefault="00000000" w:rsidP="00610DC4">
            <w:pPr>
              <w:ind w:firstLine="0"/>
            </w:pPr>
            <w:r>
              <w:rPr>
                <w:highlight w:val="yellow"/>
              </w:rPr>
              <w:t>[Контроль / испытание]</w:t>
            </w:r>
          </w:p>
        </w:tc>
        <w:tc>
          <w:tcPr>
            <w:tcW w:w="2811" w:type="dxa"/>
            <w:tcBorders>
              <w:top w:val="double" w:sz="4" w:space="0" w:color="auto"/>
            </w:tcBorders>
            <w:vAlign w:val="center"/>
          </w:tcPr>
          <w:p w14:paraId="4E2EDAAC" w14:textId="77777777" w:rsidR="00D30DE9" w:rsidRDefault="00000000" w:rsidP="00610DC4">
            <w:pPr>
              <w:ind w:firstLine="0"/>
            </w:pPr>
            <w:r>
              <w:rPr>
                <w:highlight w:val="yellow"/>
              </w:rPr>
              <w:t>[Когда проводится]</w:t>
            </w:r>
          </w:p>
        </w:tc>
        <w:tc>
          <w:tcPr>
            <w:tcW w:w="2175" w:type="dxa"/>
            <w:tcBorders>
              <w:top w:val="double" w:sz="4" w:space="0" w:color="auto"/>
            </w:tcBorders>
            <w:vAlign w:val="center"/>
          </w:tcPr>
          <w:p w14:paraId="7687E820" w14:textId="77777777" w:rsidR="00D30DE9" w:rsidRDefault="00000000" w:rsidP="00610DC4">
            <w:pPr>
              <w:ind w:firstLine="0"/>
            </w:pPr>
            <w:r>
              <w:rPr>
                <w:highlight w:val="yellow"/>
              </w:rPr>
              <w:t>[Примечание]</w:t>
            </w:r>
          </w:p>
        </w:tc>
      </w:tr>
      <w:tr w:rsidR="00D30DE9" w14:paraId="725046AA" w14:textId="77777777" w:rsidTr="00610DC4">
        <w:trPr>
          <w:trHeight w:val="737"/>
          <w:jc w:val="center"/>
        </w:trPr>
        <w:tc>
          <w:tcPr>
            <w:tcW w:w="709" w:type="dxa"/>
            <w:vAlign w:val="center"/>
          </w:tcPr>
          <w:p w14:paraId="11B7554E" w14:textId="77777777" w:rsidR="00D30DE9" w:rsidRDefault="00000000" w:rsidP="00610DC4">
            <w:pPr>
              <w:ind w:firstLine="35"/>
              <w:jc w:val="center"/>
            </w:pPr>
            <w:r>
              <w:t>2</w:t>
            </w:r>
          </w:p>
        </w:tc>
        <w:tc>
          <w:tcPr>
            <w:tcW w:w="4277" w:type="dxa"/>
            <w:vAlign w:val="center"/>
          </w:tcPr>
          <w:p w14:paraId="41503A19" w14:textId="77777777" w:rsidR="00D30DE9" w:rsidRDefault="00000000" w:rsidP="00610DC4">
            <w:pPr>
              <w:ind w:firstLine="0"/>
            </w:pPr>
            <w:r>
              <w:rPr>
                <w:highlight w:val="yellow"/>
              </w:rPr>
              <w:t>[Контроль / испытание]</w:t>
            </w:r>
          </w:p>
        </w:tc>
        <w:tc>
          <w:tcPr>
            <w:tcW w:w="2811" w:type="dxa"/>
            <w:vAlign w:val="center"/>
          </w:tcPr>
          <w:p w14:paraId="3DD1A3BA" w14:textId="77777777" w:rsidR="00D30DE9" w:rsidRDefault="00000000" w:rsidP="00610DC4">
            <w:pPr>
              <w:ind w:firstLine="0"/>
            </w:pPr>
            <w:r>
              <w:rPr>
                <w:highlight w:val="yellow"/>
              </w:rPr>
              <w:t>[Когда проводится]</w:t>
            </w:r>
          </w:p>
        </w:tc>
        <w:tc>
          <w:tcPr>
            <w:tcW w:w="2175" w:type="dxa"/>
            <w:vAlign w:val="center"/>
          </w:tcPr>
          <w:p w14:paraId="2E82FDD3" w14:textId="77777777" w:rsidR="00D30DE9" w:rsidRDefault="00000000" w:rsidP="00610DC4">
            <w:pPr>
              <w:ind w:firstLine="0"/>
            </w:pPr>
            <w:r>
              <w:rPr>
                <w:highlight w:val="yellow"/>
              </w:rPr>
              <w:t>[Примечание]</w:t>
            </w:r>
          </w:p>
        </w:tc>
      </w:tr>
      <w:tr w:rsidR="00D30DE9" w14:paraId="3C06EDE4" w14:textId="77777777" w:rsidTr="00610DC4">
        <w:trPr>
          <w:trHeight w:val="737"/>
          <w:jc w:val="center"/>
        </w:trPr>
        <w:tc>
          <w:tcPr>
            <w:tcW w:w="709" w:type="dxa"/>
            <w:vAlign w:val="center"/>
          </w:tcPr>
          <w:p w14:paraId="0CB3DEBF" w14:textId="77777777" w:rsidR="00D30DE9" w:rsidRDefault="00000000" w:rsidP="00610DC4">
            <w:pPr>
              <w:ind w:firstLine="35"/>
              <w:jc w:val="center"/>
            </w:pPr>
            <w:r>
              <w:t>3</w:t>
            </w:r>
          </w:p>
        </w:tc>
        <w:tc>
          <w:tcPr>
            <w:tcW w:w="4277" w:type="dxa"/>
            <w:vAlign w:val="center"/>
          </w:tcPr>
          <w:p w14:paraId="6B7509F2" w14:textId="77777777" w:rsidR="00D30DE9" w:rsidRDefault="00000000" w:rsidP="00610DC4">
            <w:pPr>
              <w:ind w:firstLine="0"/>
            </w:pPr>
            <w:r>
              <w:rPr>
                <w:highlight w:val="yellow"/>
              </w:rPr>
              <w:t>[Контроль / испытание]</w:t>
            </w:r>
          </w:p>
        </w:tc>
        <w:tc>
          <w:tcPr>
            <w:tcW w:w="2811" w:type="dxa"/>
            <w:vAlign w:val="center"/>
          </w:tcPr>
          <w:p w14:paraId="040B6A7A" w14:textId="77777777" w:rsidR="00D30DE9" w:rsidRDefault="00000000" w:rsidP="00610DC4">
            <w:pPr>
              <w:ind w:firstLine="0"/>
            </w:pPr>
            <w:r>
              <w:rPr>
                <w:highlight w:val="yellow"/>
              </w:rPr>
              <w:t>[Когда проводится]</w:t>
            </w:r>
          </w:p>
        </w:tc>
        <w:tc>
          <w:tcPr>
            <w:tcW w:w="2175" w:type="dxa"/>
            <w:vAlign w:val="center"/>
          </w:tcPr>
          <w:p w14:paraId="45006A9D" w14:textId="77777777" w:rsidR="00D30DE9" w:rsidRDefault="00000000" w:rsidP="00610DC4">
            <w:pPr>
              <w:ind w:firstLine="0"/>
            </w:pPr>
            <w:r>
              <w:rPr>
                <w:highlight w:val="yellow"/>
              </w:rPr>
              <w:t>[Примечание]</w:t>
            </w:r>
          </w:p>
        </w:tc>
      </w:tr>
      <w:tr w:rsidR="00D30DE9" w14:paraId="2550E9A1" w14:textId="77777777" w:rsidTr="00610DC4">
        <w:trPr>
          <w:trHeight w:val="737"/>
          <w:jc w:val="center"/>
        </w:trPr>
        <w:tc>
          <w:tcPr>
            <w:tcW w:w="709" w:type="dxa"/>
            <w:vAlign w:val="center"/>
          </w:tcPr>
          <w:p w14:paraId="70E10A09" w14:textId="77777777" w:rsidR="00D30DE9" w:rsidRDefault="00000000" w:rsidP="00610DC4">
            <w:pPr>
              <w:ind w:firstLine="35"/>
              <w:jc w:val="center"/>
            </w:pPr>
            <w:r>
              <w:t>4</w:t>
            </w:r>
          </w:p>
        </w:tc>
        <w:tc>
          <w:tcPr>
            <w:tcW w:w="4277" w:type="dxa"/>
            <w:vAlign w:val="center"/>
          </w:tcPr>
          <w:p w14:paraId="044ADCAE" w14:textId="77777777" w:rsidR="00D30DE9" w:rsidRDefault="00000000" w:rsidP="00610DC4">
            <w:pPr>
              <w:ind w:firstLine="0"/>
            </w:pPr>
            <w:r>
              <w:rPr>
                <w:highlight w:val="yellow"/>
              </w:rPr>
              <w:t>[Контроль / испытание]</w:t>
            </w:r>
          </w:p>
        </w:tc>
        <w:tc>
          <w:tcPr>
            <w:tcW w:w="2811" w:type="dxa"/>
            <w:vAlign w:val="center"/>
          </w:tcPr>
          <w:p w14:paraId="4700B7C8" w14:textId="77777777" w:rsidR="00D30DE9" w:rsidRDefault="00000000" w:rsidP="00610DC4">
            <w:pPr>
              <w:ind w:firstLine="0"/>
            </w:pPr>
            <w:r>
              <w:rPr>
                <w:highlight w:val="yellow"/>
              </w:rPr>
              <w:t>[Когда проводится]</w:t>
            </w:r>
          </w:p>
        </w:tc>
        <w:tc>
          <w:tcPr>
            <w:tcW w:w="2175" w:type="dxa"/>
            <w:vAlign w:val="center"/>
          </w:tcPr>
          <w:p w14:paraId="019752D2" w14:textId="77777777" w:rsidR="00D30DE9" w:rsidRDefault="00000000" w:rsidP="00610DC4">
            <w:pPr>
              <w:ind w:firstLine="0"/>
            </w:pPr>
            <w:r>
              <w:rPr>
                <w:highlight w:val="yellow"/>
              </w:rPr>
              <w:t>[Примечание]</w:t>
            </w:r>
          </w:p>
        </w:tc>
      </w:tr>
    </w:tbl>
    <w:p w14:paraId="2C1F86D4" w14:textId="77777777" w:rsidR="00D30DE9" w:rsidRDefault="00000000" w:rsidP="00771980">
      <w:r>
        <w:br w:type="page"/>
      </w:r>
    </w:p>
    <w:p w14:paraId="508440FA" w14:textId="728D3961" w:rsidR="00D30DE9" w:rsidRDefault="00B63BDC" w:rsidP="00B63BDC">
      <w:pPr>
        <w:pStyle w:val="1"/>
        <w:numPr>
          <w:ilvl w:val="0"/>
          <w:numId w:val="0"/>
        </w:numPr>
        <w:ind w:left="567"/>
      </w:pPr>
      <w:bookmarkStart w:id="56" w:name="_Toc242647653"/>
      <w:r>
        <w:lastRenderedPageBreak/>
        <w:t>Ссылочные нормативные документы</w:t>
      </w:r>
      <w:bookmarkEnd w:id="5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D30DE9" w14:paraId="56705D4D" w14:textId="77777777" w:rsidTr="00B63BDC">
        <w:trPr>
          <w:trHeight w:val="737"/>
          <w:jc w:val="center"/>
        </w:trPr>
        <w:tc>
          <w:tcPr>
            <w:tcW w:w="3324" w:type="dxa"/>
            <w:tcBorders>
              <w:bottom w:val="double" w:sz="4" w:space="0" w:color="auto"/>
            </w:tcBorders>
            <w:vAlign w:val="center"/>
          </w:tcPr>
          <w:p w14:paraId="7CBDA3BA" w14:textId="77777777" w:rsidR="00D30DE9" w:rsidRDefault="00000000" w:rsidP="00B63BDC">
            <w:pPr>
              <w:ind w:firstLine="0"/>
              <w:jc w:val="center"/>
            </w:pPr>
            <w:r>
              <w:t>Обозначение документа</w:t>
            </w:r>
          </w:p>
        </w:tc>
        <w:tc>
          <w:tcPr>
            <w:tcW w:w="3324" w:type="dxa"/>
            <w:tcBorders>
              <w:bottom w:val="double" w:sz="4" w:space="0" w:color="auto"/>
            </w:tcBorders>
            <w:vAlign w:val="center"/>
          </w:tcPr>
          <w:p w14:paraId="123F041E" w14:textId="77777777" w:rsidR="00D30DE9" w:rsidRDefault="00000000" w:rsidP="00B63BDC">
            <w:pPr>
              <w:ind w:firstLine="0"/>
              <w:jc w:val="center"/>
            </w:pPr>
            <w:r>
              <w:t>Наименование документа</w:t>
            </w:r>
          </w:p>
        </w:tc>
        <w:tc>
          <w:tcPr>
            <w:tcW w:w="3324" w:type="dxa"/>
            <w:tcBorders>
              <w:bottom w:val="double" w:sz="4" w:space="0" w:color="auto"/>
            </w:tcBorders>
            <w:vAlign w:val="center"/>
          </w:tcPr>
          <w:p w14:paraId="168DBBF5" w14:textId="77777777" w:rsidR="00D30DE9" w:rsidRDefault="00000000" w:rsidP="00B63BDC">
            <w:pPr>
              <w:ind w:firstLine="0"/>
              <w:jc w:val="center"/>
            </w:pPr>
            <w:r>
              <w:t>Раздел / пункт ТЗ</w:t>
            </w:r>
          </w:p>
        </w:tc>
      </w:tr>
      <w:tr w:rsidR="00D30DE9" w14:paraId="2CF8C0F0" w14:textId="77777777" w:rsidTr="00B63BDC">
        <w:trPr>
          <w:trHeight w:val="737"/>
          <w:jc w:val="center"/>
        </w:trPr>
        <w:tc>
          <w:tcPr>
            <w:tcW w:w="3324" w:type="dxa"/>
            <w:tcBorders>
              <w:top w:val="double" w:sz="4" w:space="0" w:color="auto"/>
            </w:tcBorders>
            <w:vAlign w:val="center"/>
          </w:tcPr>
          <w:p w14:paraId="2FB82EC3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[Обозначение]</w:t>
            </w:r>
          </w:p>
        </w:tc>
        <w:tc>
          <w:tcPr>
            <w:tcW w:w="3324" w:type="dxa"/>
            <w:tcBorders>
              <w:top w:val="double" w:sz="4" w:space="0" w:color="auto"/>
            </w:tcBorders>
            <w:vAlign w:val="center"/>
          </w:tcPr>
          <w:p w14:paraId="47E6B5DF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[Наименование]</w:t>
            </w:r>
          </w:p>
        </w:tc>
        <w:tc>
          <w:tcPr>
            <w:tcW w:w="3324" w:type="dxa"/>
            <w:tcBorders>
              <w:top w:val="double" w:sz="4" w:space="0" w:color="auto"/>
            </w:tcBorders>
            <w:vAlign w:val="center"/>
          </w:tcPr>
          <w:p w14:paraId="78DC0D57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[Пункт ТЗ]</w:t>
            </w:r>
          </w:p>
        </w:tc>
      </w:tr>
      <w:tr w:rsidR="00D30DE9" w14:paraId="78103AF2" w14:textId="77777777" w:rsidTr="00B63BDC">
        <w:trPr>
          <w:trHeight w:val="737"/>
          <w:jc w:val="center"/>
        </w:trPr>
        <w:tc>
          <w:tcPr>
            <w:tcW w:w="3324" w:type="dxa"/>
            <w:vAlign w:val="center"/>
          </w:tcPr>
          <w:p w14:paraId="5E0E7441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[Обозначение]</w:t>
            </w:r>
          </w:p>
        </w:tc>
        <w:tc>
          <w:tcPr>
            <w:tcW w:w="3324" w:type="dxa"/>
            <w:vAlign w:val="center"/>
          </w:tcPr>
          <w:p w14:paraId="6B8EBCE0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[Наименование]</w:t>
            </w:r>
          </w:p>
        </w:tc>
        <w:tc>
          <w:tcPr>
            <w:tcW w:w="3324" w:type="dxa"/>
            <w:vAlign w:val="center"/>
          </w:tcPr>
          <w:p w14:paraId="5DF0C05B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[Пункт ТЗ]</w:t>
            </w:r>
          </w:p>
        </w:tc>
      </w:tr>
      <w:tr w:rsidR="00D30DE9" w14:paraId="2180B0E1" w14:textId="77777777" w:rsidTr="00B63BDC">
        <w:trPr>
          <w:trHeight w:val="737"/>
          <w:jc w:val="center"/>
        </w:trPr>
        <w:tc>
          <w:tcPr>
            <w:tcW w:w="3324" w:type="dxa"/>
            <w:vAlign w:val="center"/>
          </w:tcPr>
          <w:p w14:paraId="21B25897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[Обозначение]</w:t>
            </w:r>
          </w:p>
        </w:tc>
        <w:tc>
          <w:tcPr>
            <w:tcW w:w="3324" w:type="dxa"/>
            <w:vAlign w:val="center"/>
          </w:tcPr>
          <w:p w14:paraId="51FD6A4D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[Наименование]</w:t>
            </w:r>
          </w:p>
        </w:tc>
        <w:tc>
          <w:tcPr>
            <w:tcW w:w="3324" w:type="dxa"/>
            <w:vAlign w:val="center"/>
          </w:tcPr>
          <w:p w14:paraId="01E3F6D3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[Пункт ТЗ]</w:t>
            </w:r>
          </w:p>
        </w:tc>
      </w:tr>
      <w:tr w:rsidR="00D30DE9" w14:paraId="6E9AC6C3" w14:textId="77777777" w:rsidTr="00B63BDC">
        <w:trPr>
          <w:trHeight w:val="737"/>
          <w:jc w:val="center"/>
        </w:trPr>
        <w:tc>
          <w:tcPr>
            <w:tcW w:w="3324" w:type="dxa"/>
            <w:vAlign w:val="center"/>
          </w:tcPr>
          <w:p w14:paraId="610E725E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[Обозначение]</w:t>
            </w:r>
          </w:p>
        </w:tc>
        <w:tc>
          <w:tcPr>
            <w:tcW w:w="3324" w:type="dxa"/>
            <w:vAlign w:val="center"/>
          </w:tcPr>
          <w:p w14:paraId="02466DB3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[Наименование]</w:t>
            </w:r>
          </w:p>
        </w:tc>
        <w:tc>
          <w:tcPr>
            <w:tcW w:w="3324" w:type="dxa"/>
            <w:vAlign w:val="center"/>
          </w:tcPr>
          <w:p w14:paraId="62EB0E91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[Пункт ТЗ]</w:t>
            </w:r>
          </w:p>
        </w:tc>
      </w:tr>
      <w:tr w:rsidR="00D30DE9" w14:paraId="2DA2CC9B" w14:textId="77777777" w:rsidTr="00B63BDC">
        <w:trPr>
          <w:trHeight w:val="737"/>
          <w:jc w:val="center"/>
        </w:trPr>
        <w:tc>
          <w:tcPr>
            <w:tcW w:w="3324" w:type="dxa"/>
            <w:vAlign w:val="center"/>
          </w:tcPr>
          <w:p w14:paraId="42C821DF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[Обозначение]</w:t>
            </w:r>
          </w:p>
        </w:tc>
        <w:tc>
          <w:tcPr>
            <w:tcW w:w="3324" w:type="dxa"/>
            <w:vAlign w:val="center"/>
          </w:tcPr>
          <w:p w14:paraId="12C84BBF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[Наименование]</w:t>
            </w:r>
          </w:p>
        </w:tc>
        <w:tc>
          <w:tcPr>
            <w:tcW w:w="3324" w:type="dxa"/>
            <w:vAlign w:val="center"/>
          </w:tcPr>
          <w:p w14:paraId="290E88CC" w14:textId="77777777" w:rsidR="00D30DE9" w:rsidRDefault="00000000" w:rsidP="00B63BDC">
            <w:pPr>
              <w:spacing w:line="240" w:lineRule="auto"/>
              <w:jc w:val="center"/>
            </w:pPr>
            <w:r>
              <w:rPr>
                <w:highlight w:val="yellow"/>
              </w:rPr>
              <w:t>[Пункт ТЗ]</w:t>
            </w:r>
          </w:p>
        </w:tc>
      </w:tr>
    </w:tbl>
    <w:p w14:paraId="59902F9F" w14:textId="77777777" w:rsidR="00D30DE9" w:rsidRPr="00FC34E6" w:rsidRDefault="00000000" w:rsidP="00771980">
      <w:r w:rsidRPr="00B63BDC">
        <w:rPr>
          <w:i/>
          <w:iCs/>
        </w:rPr>
        <w:t>Подсказка: Указывайте только нормативные и исходные документы, на которые есть фактические ссылки в тексте ТЗ</w:t>
      </w:r>
      <w:r w:rsidRPr="00FC34E6">
        <w:t>.</w:t>
      </w:r>
    </w:p>
    <w:p w14:paraId="0B7FD463" w14:textId="77777777" w:rsidR="00D30DE9" w:rsidRPr="00FC34E6" w:rsidRDefault="00000000" w:rsidP="00771980">
      <w:r w:rsidRPr="00FC34E6">
        <w:br w:type="page"/>
      </w:r>
    </w:p>
    <w:p w14:paraId="4203837A" w14:textId="148F0177" w:rsidR="00D30DE9" w:rsidRDefault="00812FB6" w:rsidP="00812FB6">
      <w:pPr>
        <w:pStyle w:val="1"/>
        <w:numPr>
          <w:ilvl w:val="0"/>
          <w:numId w:val="0"/>
        </w:numPr>
        <w:ind w:left="567"/>
        <w:jc w:val="center"/>
      </w:pPr>
      <w:bookmarkStart w:id="57" w:name="_Toc242647654"/>
      <w:r>
        <w:lastRenderedPageBreak/>
        <w:t>Лист согласования</w:t>
      </w:r>
      <w:bookmarkEnd w:id="5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D30DE9" w14:paraId="4D322010" w14:textId="77777777" w:rsidTr="00812FB6">
        <w:trPr>
          <w:trHeight w:val="624"/>
          <w:jc w:val="center"/>
        </w:trPr>
        <w:tc>
          <w:tcPr>
            <w:tcW w:w="2493" w:type="dxa"/>
            <w:tcBorders>
              <w:bottom w:val="double" w:sz="4" w:space="0" w:color="auto"/>
            </w:tcBorders>
            <w:vAlign w:val="center"/>
          </w:tcPr>
          <w:p w14:paraId="1BD7AAED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>
              <w:t>Должность</w:t>
            </w:r>
          </w:p>
        </w:tc>
        <w:tc>
          <w:tcPr>
            <w:tcW w:w="2493" w:type="dxa"/>
            <w:tcBorders>
              <w:bottom w:val="double" w:sz="4" w:space="0" w:color="auto"/>
            </w:tcBorders>
            <w:vAlign w:val="center"/>
          </w:tcPr>
          <w:p w14:paraId="3BC50424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>
              <w:t>Ф.И.О.</w:t>
            </w:r>
          </w:p>
        </w:tc>
        <w:tc>
          <w:tcPr>
            <w:tcW w:w="2493" w:type="dxa"/>
            <w:tcBorders>
              <w:bottom w:val="double" w:sz="4" w:space="0" w:color="auto"/>
            </w:tcBorders>
            <w:vAlign w:val="center"/>
          </w:tcPr>
          <w:p w14:paraId="103C9BD8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>
              <w:t>Подпись</w:t>
            </w:r>
          </w:p>
        </w:tc>
        <w:tc>
          <w:tcPr>
            <w:tcW w:w="2493" w:type="dxa"/>
            <w:tcBorders>
              <w:bottom w:val="double" w:sz="4" w:space="0" w:color="auto"/>
            </w:tcBorders>
            <w:vAlign w:val="center"/>
          </w:tcPr>
          <w:p w14:paraId="00335AE1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>
              <w:t>Дата</w:t>
            </w:r>
          </w:p>
        </w:tc>
      </w:tr>
      <w:tr w:rsidR="00D30DE9" w14:paraId="2D017A4D" w14:textId="77777777" w:rsidTr="00812FB6">
        <w:trPr>
          <w:trHeight w:val="624"/>
          <w:jc w:val="center"/>
        </w:trPr>
        <w:tc>
          <w:tcPr>
            <w:tcW w:w="2493" w:type="dxa"/>
            <w:tcBorders>
              <w:top w:val="double" w:sz="4" w:space="0" w:color="auto"/>
            </w:tcBorders>
            <w:vAlign w:val="center"/>
          </w:tcPr>
          <w:p w14:paraId="1704D3BE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[Должность]</w:t>
            </w:r>
          </w:p>
        </w:tc>
        <w:tc>
          <w:tcPr>
            <w:tcW w:w="2493" w:type="dxa"/>
            <w:tcBorders>
              <w:top w:val="double" w:sz="4" w:space="0" w:color="auto"/>
            </w:tcBorders>
            <w:vAlign w:val="center"/>
          </w:tcPr>
          <w:p w14:paraId="2F3BDE4A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[Ф.И.О.]</w:t>
            </w:r>
          </w:p>
        </w:tc>
        <w:tc>
          <w:tcPr>
            <w:tcW w:w="2493" w:type="dxa"/>
            <w:tcBorders>
              <w:top w:val="double" w:sz="4" w:space="0" w:color="auto"/>
            </w:tcBorders>
            <w:vAlign w:val="center"/>
          </w:tcPr>
          <w:p w14:paraId="26CB948D" w14:textId="77777777" w:rsidR="00D30DE9" w:rsidRDefault="00D30DE9" w:rsidP="00812FB6">
            <w:pPr>
              <w:spacing w:line="240" w:lineRule="auto"/>
              <w:ind w:firstLine="0"/>
              <w:jc w:val="center"/>
            </w:pPr>
          </w:p>
        </w:tc>
        <w:tc>
          <w:tcPr>
            <w:tcW w:w="2493" w:type="dxa"/>
            <w:tcBorders>
              <w:top w:val="double" w:sz="4" w:space="0" w:color="auto"/>
            </w:tcBorders>
            <w:vAlign w:val="center"/>
          </w:tcPr>
          <w:p w14:paraId="6B0EACA1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[дд.мм.гггг]</w:t>
            </w:r>
          </w:p>
        </w:tc>
      </w:tr>
      <w:tr w:rsidR="00D30DE9" w14:paraId="58E0164F" w14:textId="77777777" w:rsidTr="00812FB6">
        <w:trPr>
          <w:trHeight w:val="624"/>
          <w:jc w:val="center"/>
        </w:trPr>
        <w:tc>
          <w:tcPr>
            <w:tcW w:w="2493" w:type="dxa"/>
            <w:vAlign w:val="center"/>
          </w:tcPr>
          <w:p w14:paraId="2CBD9F56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[Должность]</w:t>
            </w:r>
          </w:p>
        </w:tc>
        <w:tc>
          <w:tcPr>
            <w:tcW w:w="2493" w:type="dxa"/>
            <w:vAlign w:val="center"/>
          </w:tcPr>
          <w:p w14:paraId="01966509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[Ф.И.О.]</w:t>
            </w:r>
          </w:p>
        </w:tc>
        <w:tc>
          <w:tcPr>
            <w:tcW w:w="2493" w:type="dxa"/>
            <w:vAlign w:val="center"/>
          </w:tcPr>
          <w:p w14:paraId="01AEC5FE" w14:textId="77777777" w:rsidR="00D30DE9" w:rsidRDefault="00D30DE9" w:rsidP="00812FB6">
            <w:pPr>
              <w:spacing w:line="240" w:lineRule="auto"/>
              <w:ind w:firstLine="0"/>
              <w:jc w:val="center"/>
            </w:pPr>
          </w:p>
        </w:tc>
        <w:tc>
          <w:tcPr>
            <w:tcW w:w="2493" w:type="dxa"/>
            <w:vAlign w:val="center"/>
          </w:tcPr>
          <w:p w14:paraId="28EE4BD6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[дд.мм.гггг]</w:t>
            </w:r>
          </w:p>
        </w:tc>
      </w:tr>
      <w:tr w:rsidR="00D30DE9" w14:paraId="5924FC93" w14:textId="77777777" w:rsidTr="00812FB6">
        <w:trPr>
          <w:trHeight w:val="624"/>
          <w:jc w:val="center"/>
        </w:trPr>
        <w:tc>
          <w:tcPr>
            <w:tcW w:w="2493" w:type="dxa"/>
            <w:vAlign w:val="center"/>
          </w:tcPr>
          <w:p w14:paraId="27C4C3C8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[Должность]</w:t>
            </w:r>
          </w:p>
        </w:tc>
        <w:tc>
          <w:tcPr>
            <w:tcW w:w="2493" w:type="dxa"/>
            <w:vAlign w:val="center"/>
          </w:tcPr>
          <w:p w14:paraId="4297A12E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[Ф.И.О.]</w:t>
            </w:r>
          </w:p>
        </w:tc>
        <w:tc>
          <w:tcPr>
            <w:tcW w:w="2493" w:type="dxa"/>
            <w:vAlign w:val="center"/>
          </w:tcPr>
          <w:p w14:paraId="4E0F2D2A" w14:textId="77777777" w:rsidR="00D30DE9" w:rsidRDefault="00D30DE9" w:rsidP="00812FB6">
            <w:pPr>
              <w:spacing w:line="240" w:lineRule="auto"/>
              <w:ind w:firstLine="0"/>
              <w:jc w:val="center"/>
            </w:pPr>
          </w:p>
        </w:tc>
        <w:tc>
          <w:tcPr>
            <w:tcW w:w="2493" w:type="dxa"/>
            <w:vAlign w:val="center"/>
          </w:tcPr>
          <w:p w14:paraId="37447ABA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[дд.мм.гггг]</w:t>
            </w:r>
          </w:p>
        </w:tc>
      </w:tr>
      <w:tr w:rsidR="00D30DE9" w14:paraId="72982B7F" w14:textId="77777777" w:rsidTr="00812FB6">
        <w:trPr>
          <w:trHeight w:val="624"/>
          <w:jc w:val="center"/>
        </w:trPr>
        <w:tc>
          <w:tcPr>
            <w:tcW w:w="2493" w:type="dxa"/>
            <w:vAlign w:val="center"/>
          </w:tcPr>
          <w:p w14:paraId="7AFA666B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[Должность]</w:t>
            </w:r>
          </w:p>
        </w:tc>
        <w:tc>
          <w:tcPr>
            <w:tcW w:w="2493" w:type="dxa"/>
            <w:vAlign w:val="center"/>
          </w:tcPr>
          <w:p w14:paraId="733820F6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[Ф.И.О.]</w:t>
            </w:r>
          </w:p>
        </w:tc>
        <w:tc>
          <w:tcPr>
            <w:tcW w:w="2493" w:type="dxa"/>
            <w:vAlign w:val="center"/>
          </w:tcPr>
          <w:p w14:paraId="4B557494" w14:textId="77777777" w:rsidR="00D30DE9" w:rsidRDefault="00D30DE9" w:rsidP="00812FB6">
            <w:pPr>
              <w:spacing w:line="240" w:lineRule="auto"/>
              <w:ind w:firstLine="0"/>
              <w:jc w:val="center"/>
            </w:pPr>
          </w:p>
        </w:tc>
        <w:tc>
          <w:tcPr>
            <w:tcW w:w="2493" w:type="dxa"/>
            <w:vAlign w:val="center"/>
          </w:tcPr>
          <w:p w14:paraId="28662B4F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[дд.мм.гггг]</w:t>
            </w:r>
          </w:p>
        </w:tc>
      </w:tr>
      <w:tr w:rsidR="00D30DE9" w14:paraId="63BB89F7" w14:textId="77777777" w:rsidTr="00812FB6">
        <w:trPr>
          <w:trHeight w:val="624"/>
          <w:jc w:val="center"/>
        </w:trPr>
        <w:tc>
          <w:tcPr>
            <w:tcW w:w="2493" w:type="dxa"/>
            <w:vAlign w:val="center"/>
          </w:tcPr>
          <w:p w14:paraId="52C99102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[Должность]</w:t>
            </w:r>
          </w:p>
        </w:tc>
        <w:tc>
          <w:tcPr>
            <w:tcW w:w="2493" w:type="dxa"/>
            <w:vAlign w:val="center"/>
          </w:tcPr>
          <w:p w14:paraId="19CCECE5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[Ф.И.О.]</w:t>
            </w:r>
          </w:p>
        </w:tc>
        <w:tc>
          <w:tcPr>
            <w:tcW w:w="2493" w:type="dxa"/>
            <w:vAlign w:val="center"/>
          </w:tcPr>
          <w:p w14:paraId="65A8C7A2" w14:textId="77777777" w:rsidR="00D30DE9" w:rsidRDefault="00D30DE9" w:rsidP="00812FB6">
            <w:pPr>
              <w:spacing w:line="240" w:lineRule="auto"/>
              <w:ind w:firstLine="0"/>
              <w:jc w:val="center"/>
            </w:pPr>
          </w:p>
        </w:tc>
        <w:tc>
          <w:tcPr>
            <w:tcW w:w="2493" w:type="dxa"/>
            <w:vAlign w:val="center"/>
          </w:tcPr>
          <w:p w14:paraId="16FF85C5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[дд.мм.гггг]</w:t>
            </w:r>
          </w:p>
        </w:tc>
      </w:tr>
      <w:tr w:rsidR="00D30DE9" w14:paraId="416E9248" w14:textId="77777777" w:rsidTr="00812FB6">
        <w:trPr>
          <w:trHeight w:val="624"/>
          <w:jc w:val="center"/>
        </w:trPr>
        <w:tc>
          <w:tcPr>
            <w:tcW w:w="2493" w:type="dxa"/>
            <w:vAlign w:val="center"/>
          </w:tcPr>
          <w:p w14:paraId="2CA8B9CC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[Должность]</w:t>
            </w:r>
          </w:p>
        </w:tc>
        <w:tc>
          <w:tcPr>
            <w:tcW w:w="2493" w:type="dxa"/>
            <w:vAlign w:val="center"/>
          </w:tcPr>
          <w:p w14:paraId="5FECA49E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[Ф.И.О.]</w:t>
            </w:r>
          </w:p>
        </w:tc>
        <w:tc>
          <w:tcPr>
            <w:tcW w:w="2493" w:type="dxa"/>
            <w:vAlign w:val="center"/>
          </w:tcPr>
          <w:p w14:paraId="1474359D" w14:textId="77777777" w:rsidR="00D30DE9" w:rsidRDefault="00D30DE9" w:rsidP="00812FB6">
            <w:pPr>
              <w:spacing w:line="240" w:lineRule="auto"/>
              <w:ind w:firstLine="0"/>
              <w:jc w:val="center"/>
            </w:pPr>
          </w:p>
        </w:tc>
        <w:tc>
          <w:tcPr>
            <w:tcW w:w="2493" w:type="dxa"/>
            <w:vAlign w:val="center"/>
          </w:tcPr>
          <w:p w14:paraId="4939974F" w14:textId="77777777" w:rsidR="00D30DE9" w:rsidRDefault="00000000" w:rsidP="00812FB6">
            <w:pPr>
              <w:spacing w:line="240" w:lineRule="auto"/>
              <w:ind w:firstLine="0"/>
              <w:jc w:val="center"/>
            </w:pPr>
            <w:r w:rsidRPr="00812FB6">
              <w:t>[дд.мм.гггг]</w:t>
            </w:r>
          </w:p>
        </w:tc>
      </w:tr>
    </w:tbl>
    <w:p w14:paraId="49EEB32A" w14:textId="77777777" w:rsidR="00DE4FE2" w:rsidRDefault="00DE4FE2" w:rsidP="00771980"/>
    <w:sectPr w:rsidR="00DE4FE2" w:rsidSect="00034616">
      <w:pgSz w:w="12240" w:h="15840"/>
      <w:pgMar w:top="1134" w:right="850" w:bottom="1134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BB315" w14:textId="77777777" w:rsidR="009239FA" w:rsidRDefault="009239FA" w:rsidP="00771980">
      <w:r>
        <w:separator/>
      </w:r>
    </w:p>
  </w:endnote>
  <w:endnote w:type="continuationSeparator" w:id="0">
    <w:p w14:paraId="4BB7DB31" w14:textId="77777777" w:rsidR="009239FA" w:rsidRDefault="009239FA" w:rsidP="00771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1C37D" w14:textId="77777777" w:rsidR="009239FA" w:rsidRDefault="009239FA" w:rsidP="00771980">
      <w:r>
        <w:separator/>
      </w:r>
    </w:p>
  </w:footnote>
  <w:footnote w:type="continuationSeparator" w:id="0">
    <w:p w14:paraId="6C7C2CD9" w14:textId="77777777" w:rsidR="009239FA" w:rsidRDefault="009239FA" w:rsidP="00771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FC760F"/>
    <w:multiLevelType w:val="hybridMultilevel"/>
    <w:tmpl w:val="9E2694F0"/>
    <w:lvl w:ilvl="0" w:tplc="62FE0168">
      <w:start w:val="1"/>
      <w:numFmt w:val="bullet"/>
      <w:pStyle w:val="a1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530105B"/>
    <w:multiLevelType w:val="multilevel"/>
    <w:tmpl w:val="229E8FD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A19579B"/>
    <w:multiLevelType w:val="multilevel"/>
    <w:tmpl w:val="76680610"/>
    <w:lvl w:ilvl="0">
      <w:start w:val="1"/>
      <w:numFmt w:val="decimal"/>
      <w:pStyle w:val="1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ascii="Times New Roman" w:eastAsia="Times New Roman" w:hAnsi="Times New Roman"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ascii="Times New Roman" w:eastAsia="Times New Roman" w:hAnsi="Times New Roman"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ascii="Times New Roman" w:eastAsia="Times New Roman" w:hAnsi="Times New Roman"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ascii="Times New Roman" w:eastAsia="Times New Roman" w:hAnsi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ascii="Times New Roman" w:eastAsia="Times New Roman" w:hAnsi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ascii="Times New Roman" w:eastAsia="Times New Roman" w:hAnsi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ascii="Times New Roman" w:eastAsia="Times New Roman" w:hAnsi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ascii="Times New Roman" w:eastAsia="Times New Roman" w:hAnsi="Times New Roman" w:hint="default"/>
      </w:rPr>
    </w:lvl>
  </w:abstractNum>
  <w:num w:numId="1" w16cid:durableId="1689985225">
    <w:abstractNumId w:val="8"/>
  </w:num>
  <w:num w:numId="2" w16cid:durableId="1035153072">
    <w:abstractNumId w:val="6"/>
  </w:num>
  <w:num w:numId="3" w16cid:durableId="1865093317">
    <w:abstractNumId w:val="5"/>
  </w:num>
  <w:num w:numId="4" w16cid:durableId="254244559">
    <w:abstractNumId w:val="4"/>
  </w:num>
  <w:num w:numId="5" w16cid:durableId="756172256">
    <w:abstractNumId w:val="7"/>
  </w:num>
  <w:num w:numId="6" w16cid:durableId="1905219137">
    <w:abstractNumId w:val="3"/>
  </w:num>
  <w:num w:numId="7" w16cid:durableId="1464735620">
    <w:abstractNumId w:val="2"/>
  </w:num>
  <w:num w:numId="8" w16cid:durableId="1307082341">
    <w:abstractNumId w:val="1"/>
  </w:num>
  <w:num w:numId="9" w16cid:durableId="907542684">
    <w:abstractNumId w:val="0"/>
  </w:num>
  <w:num w:numId="10" w16cid:durableId="1834180582">
    <w:abstractNumId w:val="11"/>
  </w:num>
  <w:num w:numId="11" w16cid:durableId="895818166">
    <w:abstractNumId w:val="9"/>
  </w:num>
  <w:num w:numId="12" w16cid:durableId="1099594278">
    <w:abstractNumId w:val="10"/>
  </w:num>
  <w:num w:numId="13" w16cid:durableId="180752569">
    <w:abstractNumId w:val="11"/>
  </w:num>
  <w:num w:numId="14" w16cid:durableId="1549604553">
    <w:abstractNumId w:val="10"/>
  </w:num>
  <w:num w:numId="15" w16cid:durableId="321085978">
    <w:abstractNumId w:val="10"/>
  </w:num>
  <w:num w:numId="16" w16cid:durableId="11765760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110"/>
    <w:rsid w:val="00046BF4"/>
    <w:rsid w:val="0006063C"/>
    <w:rsid w:val="00082F1A"/>
    <w:rsid w:val="000A1680"/>
    <w:rsid w:val="000B5BDD"/>
    <w:rsid w:val="000C5B96"/>
    <w:rsid w:val="0015074B"/>
    <w:rsid w:val="00175B97"/>
    <w:rsid w:val="001932F4"/>
    <w:rsid w:val="001A4A66"/>
    <w:rsid w:val="001E5552"/>
    <w:rsid w:val="00263708"/>
    <w:rsid w:val="0029639D"/>
    <w:rsid w:val="002D5BD7"/>
    <w:rsid w:val="002E1A21"/>
    <w:rsid w:val="00304EEF"/>
    <w:rsid w:val="00321B9C"/>
    <w:rsid w:val="00326F90"/>
    <w:rsid w:val="00355A45"/>
    <w:rsid w:val="003630C1"/>
    <w:rsid w:val="003F31E1"/>
    <w:rsid w:val="00415294"/>
    <w:rsid w:val="004761CF"/>
    <w:rsid w:val="004C057D"/>
    <w:rsid w:val="005B1994"/>
    <w:rsid w:val="005F2136"/>
    <w:rsid w:val="0060239C"/>
    <w:rsid w:val="00610DC4"/>
    <w:rsid w:val="00644B94"/>
    <w:rsid w:val="006526ED"/>
    <w:rsid w:val="006568DC"/>
    <w:rsid w:val="006E2810"/>
    <w:rsid w:val="00771980"/>
    <w:rsid w:val="00781964"/>
    <w:rsid w:val="00787E01"/>
    <w:rsid w:val="007E11C1"/>
    <w:rsid w:val="00803108"/>
    <w:rsid w:val="00812FB6"/>
    <w:rsid w:val="00896B37"/>
    <w:rsid w:val="009239FA"/>
    <w:rsid w:val="0093308A"/>
    <w:rsid w:val="0097075B"/>
    <w:rsid w:val="009B4CA2"/>
    <w:rsid w:val="009E2968"/>
    <w:rsid w:val="009F2BD0"/>
    <w:rsid w:val="00A3735D"/>
    <w:rsid w:val="00A53337"/>
    <w:rsid w:val="00A7472D"/>
    <w:rsid w:val="00AA1D8D"/>
    <w:rsid w:val="00AA660A"/>
    <w:rsid w:val="00B263A6"/>
    <w:rsid w:val="00B47730"/>
    <w:rsid w:val="00B63BDC"/>
    <w:rsid w:val="00B93263"/>
    <w:rsid w:val="00C4256E"/>
    <w:rsid w:val="00CA154E"/>
    <w:rsid w:val="00CB0664"/>
    <w:rsid w:val="00CE1783"/>
    <w:rsid w:val="00CF1AFF"/>
    <w:rsid w:val="00D12940"/>
    <w:rsid w:val="00D30DE9"/>
    <w:rsid w:val="00D313AF"/>
    <w:rsid w:val="00D5189C"/>
    <w:rsid w:val="00D56BFB"/>
    <w:rsid w:val="00D6163C"/>
    <w:rsid w:val="00DC493E"/>
    <w:rsid w:val="00DE4FE2"/>
    <w:rsid w:val="00E471F5"/>
    <w:rsid w:val="00ED7BDB"/>
    <w:rsid w:val="00F018D8"/>
    <w:rsid w:val="00F2799E"/>
    <w:rsid w:val="00F77312"/>
    <w:rsid w:val="00F82023"/>
    <w:rsid w:val="00FC34E6"/>
    <w:rsid w:val="00FC693F"/>
    <w:rsid w:val="00FD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59EB98"/>
  <w14:defaultImageDpi w14:val="330"/>
  <w15:docId w15:val="{DA9ADF03-94EB-4879-8BE7-C493495B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771980"/>
    <w:pPr>
      <w:spacing w:after="0" w:line="360" w:lineRule="auto"/>
      <w:ind w:firstLine="567"/>
    </w:pPr>
    <w:rPr>
      <w:rFonts w:ascii="Times New Roman" w:eastAsia="Times New Roman" w:hAnsi="Times New Roman"/>
      <w:sz w:val="28"/>
      <w:szCs w:val="28"/>
      <w:lang w:val="ru-RU"/>
    </w:rPr>
  </w:style>
  <w:style w:type="paragraph" w:styleId="1">
    <w:name w:val="heading 1"/>
    <w:basedOn w:val="a2"/>
    <w:next w:val="a2"/>
    <w:link w:val="10"/>
    <w:uiPriority w:val="9"/>
    <w:qFormat/>
    <w:rsid w:val="00415294"/>
    <w:pPr>
      <w:keepNext/>
      <w:keepLines/>
      <w:numPr>
        <w:numId w:val="10"/>
      </w:numPr>
      <w:tabs>
        <w:tab w:val="left" w:pos="993"/>
      </w:tabs>
      <w:spacing w:before="240" w:after="240"/>
      <w:ind w:left="0" w:firstLine="567"/>
      <w:outlineLvl w:val="0"/>
    </w:pPr>
    <w:rPr>
      <w:rFonts w:cstheme="majorBidi"/>
      <w:b/>
      <w:bCs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0A1680"/>
    <w:pPr>
      <w:keepNext/>
      <w:keepLines/>
      <w:numPr>
        <w:ilvl w:val="1"/>
        <w:numId w:val="12"/>
      </w:numPr>
      <w:tabs>
        <w:tab w:val="left" w:pos="993"/>
      </w:tabs>
      <w:spacing w:before="240" w:after="240"/>
      <w:ind w:left="0" w:firstLine="567"/>
      <w:outlineLvl w:val="1"/>
    </w:pPr>
    <w:rPr>
      <w:rFonts w:cstheme="majorBidi"/>
      <w:b/>
      <w:bCs/>
    </w:rPr>
  </w:style>
  <w:style w:type="paragraph" w:styleId="31">
    <w:name w:val="heading 3"/>
    <w:basedOn w:val="a2"/>
    <w:next w:val="a2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4">
    <w:name w:val="heading 4"/>
    <w:aliases w:val="Заголовок Приложния"/>
    <w:basedOn w:val="21"/>
    <w:next w:val="a2"/>
    <w:link w:val="40"/>
    <w:uiPriority w:val="9"/>
    <w:unhideWhenUsed/>
    <w:qFormat/>
    <w:rsid w:val="000C5B96"/>
    <w:pPr>
      <w:numPr>
        <w:ilvl w:val="0"/>
        <w:numId w:val="0"/>
      </w:numPr>
      <w:tabs>
        <w:tab w:val="clear" w:pos="993"/>
      </w:tabs>
      <w:spacing w:line="276" w:lineRule="auto"/>
      <w:ind w:left="142"/>
      <w:jc w:val="center"/>
      <w:outlineLvl w:val="3"/>
    </w:pPr>
  </w:style>
  <w:style w:type="paragraph" w:styleId="5">
    <w:name w:val="heading 5"/>
    <w:basedOn w:val="a2"/>
    <w:next w:val="a2"/>
    <w:link w:val="50"/>
    <w:uiPriority w:val="9"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7">
    <w:name w:val="Верхний колонтитул Знак"/>
    <w:basedOn w:val="a3"/>
    <w:link w:val="a6"/>
    <w:uiPriority w:val="99"/>
    <w:rsid w:val="00E618BF"/>
  </w:style>
  <w:style w:type="paragraph" w:styleId="a8">
    <w:name w:val="footer"/>
    <w:basedOn w:val="a2"/>
    <w:link w:val="a9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9">
    <w:name w:val="Нижний колонтитул Знак"/>
    <w:basedOn w:val="a3"/>
    <w:link w:val="a8"/>
    <w:uiPriority w:val="99"/>
    <w:rsid w:val="00E618BF"/>
  </w:style>
  <w:style w:type="paragraph" w:styleId="aa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3"/>
    <w:link w:val="1"/>
    <w:uiPriority w:val="9"/>
    <w:rsid w:val="00415294"/>
    <w:rPr>
      <w:rFonts w:ascii="Times New Roman" w:eastAsia="Times New Roman" w:hAnsi="Times New Roman" w:cstheme="majorBidi"/>
      <w:b/>
      <w:bCs/>
      <w:sz w:val="32"/>
      <w:szCs w:val="32"/>
      <w:lang w:val="ru-RU"/>
    </w:rPr>
  </w:style>
  <w:style w:type="character" w:customStyle="1" w:styleId="22">
    <w:name w:val="Заголовок 2 Знак"/>
    <w:basedOn w:val="a3"/>
    <w:link w:val="21"/>
    <w:uiPriority w:val="9"/>
    <w:rsid w:val="000A1680"/>
    <w:rPr>
      <w:rFonts w:ascii="Times New Roman" w:eastAsia="Times New Roman" w:hAnsi="Times New Roman" w:cstheme="majorBidi"/>
      <w:b/>
      <w:bCs/>
      <w:sz w:val="28"/>
      <w:szCs w:val="28"/>
      <w:lang w:val="ru-RU"/>
    </w:rPr>
  </w:style>
  <w:style w:type="character" w:customStyle="1" w:styleId="32">
    <w:name w:val="Заголовок 3 Знак"/>
    <w:basedOn w:val="a3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2"/>
    <w:next w:val="a2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3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2"/>
    <w:next w:val="a2"/>
    <w:link w:val="ae"/>
    <w:uiPriority w:val="11"/>
    <w:qFormat/>
    <w:rsid w:val="00FC693F"/>
    <w:pPr>
      <w:numPr>
        <w:ilvl w:val="1"/>
      </w:numPr>
      <w:ind w:firstLine="56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3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2"/>
    <w:link w:val="af0"/>
    <w:uiPriority w:val="34"/>
    <w:qFormat/>
    <w:rsid w:val="00FC693F"/>
    <w:pPr>
      <w:ind w:left="720"/>
      <w:contextualSpacing/>
    </w:pPr>
  </w:style>
  <w:style w:type="paragraph" w:styleId="af1">
    <w:name w:val="Body Text"/>
    <w:basedOn w:val="a2"/>
    <w:link w:val="af2"/>
    <w:uiPriority w:val="99"/>
    <w:unhideWhenUsed/>
    <w:rsid w:val="00AA1D8D"/>
    <w:pPr>
      <w:spacing w:after="120"/>
    </w:pPr>
  </w:style>
  <w:style w:type="character" w:customStyle="1" w:styleId="af2">
    <w:name w:val="Основной текст Знак"/>
    <w:basedOn w:val="a3"/>
    <w:link w:val="af1"/>
    <w:uiPriority w:val="99"/>
    <w:rsid w:val="00AA1D8D"/>
  </w:style>
  <w:style w:type="paragraph" w:styleId="23">
    <w:name w:val="Body Text 2"/>
    <w:basedOn w:val="a2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3"/>
    <w:link w:val="23"/>
    <w:uiPriority w:val="99"/>
    <w:rsid w:val="00AA1D8D"/>
  </w:style>
  <w:style w:type="paragraph" w:styleId="33">
    <w:name w:val="Body Text 3"/>
    <w:basedOn w:val="a2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3"/>
    <w:link w:val="33"/>
    <w:uiPriority w:val="99"/>
    <w:rsid w:val="00AA1D8D"/>
    <w:rPr>
      <w:sz w:val="16"/>
      <w:szCs w:val="16"/>
    </w:rPr>
  </w:style>
  <w:style w:type="paragraph" w:styleId="af3">
    <w:name w:val="List"/>
    <w:basedOn w:val="a2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2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2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2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2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2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2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2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2"/>
    <w:uiPriority w:val="99"/>
    <w:unhideWhenUsed/>
    <w:rsid w:val="0029639D"/>
    <w:pPr>
      <w:numPr>
        <w:numId w:val="7"/>
      </w:numPr>
      <w:contextualSpacing/>
    </w:pPr>
  </w:style>
  <w:style w:type="paragraph" w:styleId="af4">
    <w:name w:val="List Continue"/>
    <w:basedOn w:val="a2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2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2"/>
    <w:uiPriority w:val="99"/>
    <w:unhideWhenUsed/>
    <w:rsid w:val="0029639D"/>
    <w:pPr>
      <w:spacing w:after="120"/>
      <w:ind w:left="1080"/>
      <w:contextualSpacing/>
    </w:pPr>
  </w:style>
  <w:style w:type="paragraph" w:styleId="af5">
    <w:name w:val="macro"/>
    <w:link w:val="af6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6">
    <w:name w:val="Текст макроса Знак"/>
    <w:basedOn w:val="a3"/>
    <w:link w:val="af5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2"/>
    <w:next w:val="a2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3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aliases w:val="Заголовок Приложния Знак"/>
    <w:basedOn w:val="a3"/>
    <w:link w:val="4"/>
    <w:uiPriority w:val="9"/>
    <w:rsid w:val="000C5B96"/>
    <w:rPr>
      <w:rFonts w:ascii="Times New Roman" w:eastAsia="Times New Roman" w:hAnsi="Times New Roman" w:cstheme="majorBidi"/>
      <w:b/>
      <w:bCs/>
      <w:sz w:val="28"/>
      <w:szCs w:val="28"/>
      <w:lang w:val="ru-RU"/>
    </w:rPr>
  </w:style>
  <w:style w:type="character" w:customStyle="1" w:styleId="50">
    <w:name w:val="Заголовок 5 Знак"/>
    <w:basedOn w:val="a3"/>
    <w:link w:val="5"/>
    <w:uiPriority w:val="9"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3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3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3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3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2"/>
    <w:next w:val="a2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3"/>
    <w:uiPriority w:val="22"/>
    <w:qFormat/>
    <w:rsid w:val="00FC693F"/>
    <w:rPr>
      <w:b/>
      <w:bCs/>
    </w:rPr>
  </w:style>
  <w:style w:type="character" w:styleId="af9">
    <w:name w:val="Emphasis"/>
    <w:basedOn w:val="a3"/>
    <w:uiPriority w:val="20"/>
    <w:qFormat/>
    <w:rsid w:val="00FC693F"/>
    <w:rPr>
      <w:i/>
      <w:iCs/>
    </w:rPr>
  </w:style>
  <w:style w:type="paragraph" w:styleId="afa">
    <w:name w:val="Intense Quote"/>
    <w:basedOn w:val="a2"/>
    <w:next w:val="a2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Выделенная цитата Знак"/>
    <w:basedOn w:val="a3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3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3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3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3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3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2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4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4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4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4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4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4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4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4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4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4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2"/>
    <w:next w:val="a2"/>
    <w:autoRedefine/>
    <w:uiPriority w:val="39"/>
    <w:unhideWhenUsed/>
    <w:rsid w:val="00FC34E6"/>
    <w:pPr>
      <w:spacing w:after="100"/>
    </w:pPr>
  </w:style>
  <w:style w:type="paragraph" w:styleId="2c">
    <w:name w:val="toc 2"/>
    <w:basedOn w:val="a2"/>
    <w:next w:val="a2"/>
    <w:autoRedefine/>
    <w:uiPriority w:val="39"/>
    <w:unhideWhenUsed/>
    <w:rsid w:val="00FC34E6"/>
    <w:pPr>
      <w:spacing w:after="100"/>
      <w:ind w:left="240"/>
    </w:pPr>
  </w:style>
  <w:style w:type="paragraph" w:customStyle="1" w:styleId="a1">
    <w:name w:val="Перечисление"/>
    <w:basedOn w:val="af"/>
    <w:link w:val="affa"/>
    <w:qFormat/>
    <w:rsid w:val="00771980"/>
    <w:pPr>
      <w:numPr>
        <w:numId w:val="11"/>
      </w:numPr>
      <w:tabs>
        <w:tab w:val="left" w:pos="851"/>
      </w:tabs>
      <w:ind w:left="0" w:firstLine="567"/>
    </w:pPr>
  </w:style>
  <w:style w:type="character" w:customStyle="1" w:styleId="af0">
    <w:name w:val="Абзац списка Знак"/>
    <w:basedOn w:val="a3"/>
    <w:link w:val="af"/>
    <w:uiPriority w:val="34"/>
    <w:rsid w:val="00771980"/>
    <w:rPr>
      <w:rFonts w:ascii="Times New Roman" w:eastAsia="Times New Roman" w:hAnsi="Times New Roman"/>
      <w:sz w:val="28"/>
      <w:szCs w:val="28"/>
      <w:lang w:val="ru-RU"/>
    </w:rPr>
  </w:style>
  <w:style w:type="character" w:customStyle="1" w:styleId="affa">
    <w:name w:val="Перечисление Знак"/>
    <w:basedOn w:val="af0"/>
    <w:link w:val="a1"/>
    <w:rsid w:val="00771980"/>
    <w:rPr>
      <w:rFonts w:ascii="Times New Roman" w:eastAsia="Times New Roman" w:hAnsi="Times New Roman"/>
      <w:sz w:val="28"/>
      <w:szCs w:val="28"/>
      <w:lang w:val="ru-RU"/>
    </w:rPr>
  </w:style>
  <w:style w:type="character" w:styleId="affb">
    <w:name w:val="annotation reference"/>
    <w:basedOn w:val="a3"/>
    <w:uiPriority w:val="99"/>
    <w:semiHidden/>
    <w:unhideWhenUsed/>
    <w:rsid w:val="00B63BDC"/>
    <w:rPr>
      <w:sz w:val="16"/>
      <w:szCs w:val="16"/>
    </w:rPr>
  </w:style>
  <w:style w:type="paragraph" w:styleId="affc">
    <w:name w:val="annotation text"/>
    <w:basedOn w:val="a2"/>
    <w:link w:val="affd"/>
    <w:uiPriority w:val="99"/>
    <w:semiHidden/>
    <w:unhideWhenUsed/>
    <w:rsid w:val="00B63BDC"/>
    <w:pPr>
      <w:spacing w:line="240" w:lineRule="auto"/>
    </w:pPr>
    <w:rPr>
      <w:sz w:val="20"/>
      <w:szCs w:val="20"/>
    </w:rPr>
  </w:style>
  <w:style w:type="character" w:customStyle="1" w:styleId="affd">
    <w:name w:val="Текст примечания Знак"/>
    <w:basedOn w:val="a3"/>
    <w:link w:val="affc"/>
    <w:uiPriority w:val="99"/>
    <w:semiHidden/>
    <w:rsid w:val="00B63BDC"/>
    <w:rPr>
      <w:rFonts w:ascii="Times New Roman" w:eastAsia="Times New Roman" w:hAnsi="Times New Roman"/>
      <w:sz w:val="20"/>
      <w:szCs w:val="20"/>
      <w:lang w:val="ru-RU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B63BDC"/>
    <w:rPr>
      <w:b/>
      <w:bCs/>
    </w:rPr>
  </w:style>
  <w:style w:type="character" w:customStyle="1" w:styleId="afff">
    <w:name w:val="Тема примечания Знак"/>
    <w:basedOn w:val="affd"/>
    <w:link w:val="affe"/>
    <w:uiPriority w:val="99"/>
    <w:semiHidden/>
    <w:rsid w:val="00B63BDC"/>
    <w:rPr>
      <w:rFonts w:ascii="Times New Roman" w:eastAsia="Times New Roman" w:hAnsi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1797</Words>
  <Characters>10245</Characters>
  <Application>Microsoft Office Word</Application>
  <DocSecurity>0</DocSecurity>
  <Lines>85</Lines>
  <Paragraphs>24</Paragraphs>
  <ScaleCrop>false</ScaleCrop>
  <Manager/>
  <Company/>
  <LinksUpToDate>false</LinksUpToDate>
  <CharactersWithSpaces>12018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Серж Серж</cp:lastModifiedBy>
  <cp:revision>3</cp:revision>
  <dcterms:created xsi:type="dcterms:W3CDTF">2026-10-11T18:56:00Z</dcterms:created>
  <dcterms:modified xsi:type="dcterms:W3CDTF">2026-10-11T19:06:00Z</dcterms:modified>
  <cp:category/>
</cp:coreProperties>
</file>