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1F1F" w14:textId="77777777" w:rsidR="00075B9C" w:rsidRPr="00075B9C" w:rsidRDefault="00075B9C" w:rsidP="00436E72">
      <w:pPr>
        <w:spacing w:after="0" w:line="360" w:lineRule="auto"/>
        <w:jc w:val="center"/>
        <w:rPr>
          <w:b/>
          <w:sz w:val="28"/>
          <w:szCs w:val="28"/>
          <w:highlight w:val="yellow"/>
          <w:lang w:val="ru-RU"/>
        </w:rPr>
      </w:pPr>
      <w:r w:rsidRPr="00075B9C">
        <w:rPr>
          <w:b/>
          <w:sz w:val="28"/>
          <w:szCs w:val="28"/>
          <w:highlight w:val="yellow"/>
          <w:lang w:val="ru-RU"/>
        </w:rPr>
        <w:t>[Полное наименование организации]</w:t>
      </w:r>
    </w:p>
    <w:p w14:paraId="46E19ECF" w14:textId="77777777" w:rsidR="00075B9C" w:rsidRPr="00075B9C" w:rsidRDefault="00075B9C" w:rsidP="007937EA">
      <w:pPr>
        <w:spacing w:after="840" w:line="360" w:lineRule="auto"/>
        <w:jc w:val="center"/>
        <w:rPr>
          <w:b/>
          <w:sz w:val="28"/>
          <w:szCs w:val="28"/>
          <w:highlight w:val="yellow"/>
          <w:lang w:val="ru-RU"/>
        </w:rPr>
      </w:pPr>
      <w:r w:rsidRPr="00075B9C">
        <w:rPr>
          <w:b/>
          <w:sz w:val="28"/>
          <w:szCs w:val="28"/>
          <w:highlight w:val="yellow"/>
          <w:lang w:val="ru-RU"/>
        </w:rPr>
        <w:t>[Сокращенное наименование организации]</w:t>
      </w:r>
    </w:p>
    <w:p w14:paraId="02AC94B4" w14:textId="77777777" w:rsidR="00D515C1" w:rsidRPr="00530CAF" w:rsidRDefault="00000000" w:rsidP="00530CAF">
      <w:pPr>
        <w:spacing w:before="200" w:after="360"/>
        <w:jc w:val="center"/>
        <w:rPr>
          <w:sz w:val="32"/>
          <w:szCs w:val="32"/>
        </w:rPr>
      </w:pPr>
      <w:r w:rsidRPr="00530CAF">
        <w:rPr>
          <w:b/>
          <w:sz w:val="32"/>
          <w:szCs w:val="32"/>
        </w:rPr>
        <w:t>ПРОТОКОЛ СОВЕЩАНИЯ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4332"/>
        <w:gridCol w:w="2472"/>
        <w:gridCol w:w="2372"/>
      </w:tblGrid>
      <w:tr w:rsidR="00D515C1" w:rsidRPr="00530CAF" w14:paraId="4E4E688B" w14:textId="77777777" w:rsidTr="007937EA">
        <w:trPr>
          <w:jc w:val="center"/>
        </w:trPr>
        <w:tc>
          <w:tcPr>
            <w:tcW w:w="622" w:type="dxa"/>
            <w:vAlign w:val="center"/>
          </w:tcPr>
          <w:p w14:paraId="31D165B4" w14:textId="77777777" w:rsidR="00D515C1" w:rsidRPr="00530CAF" w:rsidRDefault="00000000">
            <w:pPr>
              <w:spacing w:after="0"/>
              <w:rPr>
                <w:sz w:val="28"/>
                <w:szCs w:val="28"/>
              </w:rPr>
            </w:pPr>
            <w:r w:rsidRPr="00530CA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32" w:type="dxa"/>
            <w:vAlign w:val="center"/>
          </w:tcPr>
          <w:p w14:paraId="49377998" w14:textId="77777777" w:rsidR="00D515C1" w:rsidRPr="00530CAF" w:rsidRDefault="00000000">
            <w:pPr>
              <w:spacing w:after="0"/>
              <w:rPr>
                <w:sz w:val="28"/>
                <w:szCs w:val="28"/>
              </w:rPr>
            </w:pPr>
            <w:r w:rsidRPr="003121D6">
              <w:rPr>
                <w:sz w:val="28"/>
                <w:szCs w:val="28"/>
                <w:highlight w:val="yellow"/>
              </w:rPr>
              <w:t>[Номер]</w:t>
            </w:r>
          </w:p>
        </w:tc>
        <w:tc>
          <w:tcPr>
            <w:tcW w:w="2472" w:type="dxa"/>
            <w:vAlign w:val="center"/>
          </w:tcPr>
          <w:p w14:paraId="70408678" w14:textId="77777777" w:rsidR="00D515C1" w:rsidRPr="00530CAF" w:rsidRDefault="00000000" w:rsidP="007937EA">
            <w:pPr>
              <w:spacing w:after="0"/>
              <w:jc w:val="right"/>
              <w:rPr>
                <w:sz w:val="28"/>
                <w:szCs w:val="28"/>
              </w:rPr>
            </w:pPr>
            <w:r w:rsidRPr="00530CAF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372" w:type="dxa"/>
            <w:vAlign w:val="center"/>
          </w:tcPr>
          <w:p w14:paraId="7673AA05" w14:textId="77777777" w:rsidR="00D515C1" w:rsidRPr="00530CAF" w:rsidRDefault="00000000">
            <w:pPr>
              <w:spacing w:after="0"/>
              <w:rPr>
                <w:sz w:val="28"/>
                <w:szCs w:val="28"/>
              </w:rPr>
            </w:pPr>
            <w:r w:rsidRPr="00530CAF">
              <w:rPr>
                <w:sz w:val="28"/>
                <w:szCs w:val="28"/>
                <w:highlight w:val="yellow"/>
              </w:rPr>
              <w:t>[дд.</w:t>
            </w:r>
            <w:proofErr w:type="gramStart"/>
            <w:r w:rsidRPr="00530CAF">
              <w:rPr>
                <w:sz w:val="28"/>
                <w:szCs w:val="28"/>
                <w:highlight w:val="yellow"/>
              </w:rPr>
              <w:t>мм.гггг</w:t>
            </w:r>
            <w:proofErr w:type="gramEnd"/>
            <w:r w:rsidRPr="00530CAF">
              <w:rPr>
                <w:sz w:val="28"/>
                <w:szCs w:val="28"/>
                <w:highlight w:val="yellow"/>
              </w:rPr>
              <w:t>]</w:t>
            </w:r>
          </w:p>
        </w:tc>
      </w:tr>
    </w:tbl>
    <w:p w14:paraId="3DD1B335" w14:textId="77777777" w:rsidR="00D515C1" w:rsidRDefault="00D515C1">
      <w:pPr>
        <w:rPr>
          <w:lang w:val="ru-RU"/>
        </w:rPr>
      </w:pPr>
    </w:p>
    <w:p w14:paraId="6F4CB4C6" w14:textId="618AFB13" w:rsidR="00530CAF" w:rsidRPr="00530CAF" w:rsidRDefault="00530CAF" w:rsidP="00436E72">
      <w:pPr>
        <w:spacing w:after="480"/>
        <w:rPr>
          <w:b/>
          <w:bCs/>
          <w:sz w:val="28"/>
          <w:szCs w:val="28"/>
          <w:lang w:val="ru-RU"/>
        </w:rPr>
      </w:pPr>
      <w:r w:rsidRPr="00530CAF">
        <w:rPr>
          <w:b/>
          <w:bCs/>
          <w:sz w:val="28"/>
          <w:szCs w:val="28"/>
          <w:lang w:val="ru-RU"/>
        </w:rPr>
        <w:t>Присутствовали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3827"/>
        <w:gridCol w:w="283"/>
        <w:gridCol w:w="3560"/>
      </w:tblGrid>
      <w:tr w:rsidR="00361C76" w:rsidRPr="00530CAF" w14:paraId="57C2D93E" w14:textId="77777777" w:rsidTr="00361C76">
        <w:trPr>
          <w:trHeight w:val="454"/>
          <w:jc w:val="center"/>
        </w:trPr>
        <w:tc>
          <w:tcPr>
            <w:tcW w:w="2235" w:type="dxa"/>
            <w:vAlign w:val="center"/>
          </w:tcPr>
          <w:p w14:paraId="35946E50" w14:textId="77777777" w:rsidR="00361C76" w:rsidRPr="00E34013" w:rsidRDefault="00361C76" w:rsidP="00361C76">
            <w:pPr>
              <w:spacing w:after="0"/>
              <w:rPr>
                <w:b/>
                <w:sz w:val="28"/>
                <w:szCs w:val="28"/>
              </w:rPr>
            </w:pPr>
            <w:bookmarkStart w:id="0" w:name="_Hlk242603972"/>
            <w:r w:rsidRPr="00E34013">
              <w:rPr>
                <w:b/>
                <w:sz w:val="28"/>
                <w:szCs w:val="28"/>
              </w:rPr>
              <w:t>Председатель совещания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24E2349E" w14:textId="29582D27" w:rsidR="00361C76" w:rsidRPr="00361C76" w:rsidRDefault="00361C76" w:rsidP="00361C76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283" w:type="dxa"/>
          </w:tcPr>
          <w:p w14:paraId="2A3B7260" w14:textId="77777777" w:rsidR="00361C76" w:rsidRPr="00530CAF" w:rsidRDefault="00361C76" w:rsidP="00361C76">
            <w:pPr>
              <w:spacing w:after="0"/>
              <w:rPr>
                <w:bCs/>
                <w:lang w:val="ru-RU"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1A58B274" w14:textId="5FC1D5FF" w:rsidR="00361C76" w:rsidRPr="00530CAF" w:rsidRDefault="00361C76" w:rsidP="00361C76">
            <w:pPr>
              <w:spacing w:after="0"/>
              <w:jc w:val="center"/>
              <w:rPr>
                <w:bCs/>
                <w:lang w:val="ru-RU"/>
              </w:rPr>
            </w:pPr>
          </w:p>
        </w:tc>
      </w:tr>
      <w:tr w:rsidR="00361C76" w:rsidRPr="00530CAF" w14:paraId="2A4299E3" w14:textId="77777777" w:rsidTr="00A9654F">
        <w:trPr>
          <w:trHeight w:val="629"/>
          <w:jc w:val="center"/>
        </w:trPr>
        <w:tc>
          <w:tcPr>
            <w:tcW w:w="2235" w:type="dxa"/>
            <w:vAlign w:val="center"/>
          </w:tcPr>
          <w:p w14:paraId="1C3447FB" w14:textId="77777777" w:rsidR="00361C76" w:rsidRPr="00530CAF" w:rsidRDefault="00361C76" w:rsidP="00361C76">
            <w:pPr>
              <w:spacing w:after="0"/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00012E9" w14:textId="0362CABF" w:rsidR="00361C76" w:rsidRPr="00361C76" w:rsidRDefault="00361C76" w:rsidP="00361C76">
            <w:pPr>
              <w:spacing w:after="0"/>
              <w:jc w:val="center"/>
              <w:rPr>
                <w:bCs/>
                <w:lang w:val="ru-RU"/>
              </w:rPr>
            </w:pPr>
            <w:r w:rsidRPr="00361C76">
              <w:rPr>
                <w:bCs/>
                <w:lang w:val="ru-RU"/>
              </w:rPr>
              <w:t>должность</w:t>
            </w:r>
          </w:p>
        </w:tc>
        <w:tc>
          <w:tcPr>
            <w:tcW w:w="283" w:type="dxa"/>
          </w:tcPr>
          <w:p w14:paraId="189AAE5B" w14:textId="77777777" w:rsidR="00361C76" w:rsidRPr="00361C76" w:rsidRDefault="00361C76" w:rsidP="00361C76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3560" w:type="dxa"/>
            <w:tcBorders>
              <w:top w:val="single" w:sz="4" w:space="0" w:color="auto"/>
            </w:tcBorders>
          </w:tcPr>
          <w:p w14:paraId="1CBA184A" w14:textId="459FA571" w:rsidR="00361C76" w:rsidRPr="00361C76" w:rsidRDefault="00361C76" w:rsidP="00436E72">
            <w:pPr>
              <w:spacing w:after="0"/>
              <w:jc w:val="center"/>
              <w:rPr>
                <w:bCs/>
                <w:lang w:val="ru-RU"/>
              </w:rPr>
            </w:pPr>
            <w:r w:rsidRPr="00361C76">
              <w:rPr>
                <w:bCs/>
                <w:lang w:val="ru-RU"/>
              </w:rPr>
              <w:t>Ф.И.О</w:t>
            </w:r>
          </w:p>
        </w:tc>
      </w:tr>
      <w:tr w:rsidR="00A9654F" w:rsidRPr="00530CAF" w14:paraId="556A127F" w14:textId="77777777" w:rsidTr="004A3022">
        <w:trPr>
          <w:trHeight w:val="629"/>
          <w:jc w:val="center"/>
        </w:trPr>
        <w:tc>
          <w:tcPr>
            <w:tcW w:w="2235" w:type="dxa"/>
            <w:vAlign w:val="center"/>
          </w:tcPr>
          <w:p w14:paraId="729AF00B" w14:textId="77777777" w:rsidR="00A9654F" w:rsidRPr="00530CAF" w:rsidRDefault="00A9654F" w:rsidP="00361C76">
            <w:pPr>
              <w:spacing w:after="0"/>
              <w:rPr>
                <w:b/>
              </w:rPr>
            </w:pPr>
          </w:p>
        </w:tc>
        <w:tc>
          <w:tcPr>
            <w:tcW w:w="3827" w:type="dxa"/>
            <w:vAlign w:val="bottom"/>
          </w:tcPr>
          <w:p w14:paraId="3CF7C0C5" w14:textId="701E3300" w:rsidR="00A9654F" w:rsidRPr="00361C76" w:rsidRDefault="00A9654F" w:rsidP="00A9654F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283" w:type="dxa"/>
            <w:vAlign w:val="bottom"/>
          </w:tcPr>
          <w:p w14:paraId="07AB1944" w14:textId="77777777" w:rsidR="00A9654F" w:rsidRPr="00361C76" w:rsidRDefault="00A9654F" w:rsidP="00A9654F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3560" w:type="dxa"/>
            <w:vAlign w:val="bottom"/>
          </w:tcPr>
          <w:p w14:paraId="49F4F50F" w14:textId="611EA7F4" w:rsidR="00A9654F" w:rsidRPr="00361C76" w:rsidRDefault="00A9654F" w:rsidP="00A9654F">
            <w:pPr>
              <w:spacing w:after="0"/>
              <w:jc w:val="center"/>
              <w:rPr>
                <w:bCs/>
                <w:lang w:val="ru-RU"/>
              </w:rPr>
            </w:pPr>
          </w:p>
        </w:tc>
      </w:tr>
      <w:tr w:rsidR="004A3022" w:rsidRPr="00530CAF" w14:paraId="44BBAC6B" w14:textId="77777777" w:rsidTr="007937EA">
        <w:trPr>
          <w:trHeight w:val="454"/>
          <w:jc w:val="center"/>
        </w:trPr>
        <w:tc>
          <w:tcPr>
            <w:tcW w:w="2235" w:type="dxa"/>
            <w:vAlign w:val="center"/>
          </w:tcPr>
          <w:p w14:paraId="0C2921AE" w14:textId="373A67A8" w:rsidR="004A3022" w:rsidRPr="00E34013" w:rsidRDefault="004A3022" w:rsidP="004A3022">
            <w:pPr>
              <w:spacing w:after="0"/>
              <w:rPr>
                <w:b/>
                <w:sz w:val="28"/>
                <w:szCs w:val="28"/>
                <w:lang w:val="ru-RU"/>
              </w:rPr>
            </w:pPr>
            <w:r w:rsidRPr="00E34013">
              <w:rPr>
                <w:b/>
                <w:sz w:val="28"/>
                <w:szCs w:val="28"/>
                <w:lang w:val="ru-RU"/>
              </w:rPr>
              <w:t>Участники совещания</w:t>
            </w:r>
          </w:p>
        </w:tc>
        <w:tc>
          <w:tcPr>
            <w:tcW w:w="3827" w:type="dxa"/>
            <w:vAlign w:val="center"/>
          </w:tcPr>
          <w:p w14:paraId="2B549A77" w14:textId="68D40557" w:rsidR="004A3022" w:rsidRPr="00A9654F" w:rsidRDefault="004A3022" w:rsidP="007937EA">
            <w:pPr>
              <w:spacing w:after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Должность</w:t>
            </w:r>
          </w:p>
        </w:tc>
        <w:tc>
          <w:tcPr>
            <w:tcW w:w="283" w:type="dxa"/>
            <w:vAlign w:val="center"/>
          </w:tcPr>
          <w:p w14:paraId="314E21BB" w14:textId="77777777" w:rsidR="004A3022" w:rsidRPr="00A9654F" w:rsidRDefault="004A3022" w:rsidP="007937EA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vAlign w:val="center"/>
          </w:tcPr>
          <w:p w14:paraId="20FDD406" w14:textId="28DDD424" w:rsidR="004A3022" w:rsidRPr="00A9654F" w:rsidRDefault="004A3022" w:rsidP="007937EA">
            <w:pPr>
              <w:spacing w:after="0"/>
              <w:jc w:val="center"/>
              <w:rPr>
                <w:bCs/>
              </w:rPr>
            </w:pPr>
            <w:r>
              <w:rPr>
                <w:bCs/>
                <w:lang w:val="ru-RU"/>
              </w:rPr>
              <w:t>Ф.И.О</w:t>
            </w:r>
          </w:p>
        </w:tc>
      </w:tr>
      <w:tr w:rsidR="004A3022" w:rsidRPr="00530CAF" w14:paraId="7BF883C5" w14:textId="77777777" w:rsidTr="00DC322A">
        <w:trPr>
          <w:trHeight w:val="439"/>
          <w:jc w:val="center"/>
        </w:trPr>
        <w:tc>
          <w:tcPr>
            <w:tcW w:w="2235" w:type="dxa"/>
            <w:vAlign w:val="center"/>
          </w:tcPr>
          <w:p w14:paraId="0B5BE2A9" w14:textId="77777777" w:rsidR="004A3022" w:rsidRPr="00530CAF" w:rsidRDefault="004A3022" w:rsidP="004A3022">
            <w:pPr>
              <w:spacing w:after="0"/>
              <w:rPr>
                <w:b/>
              </w:rPr>
            </w:pPr>
            <w:bookmarkStart w:id="1" w:name="_Hlk242603579"/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5F1336F9" w14:textId="0AE078B8" w:rsidR="004A3022" w:rsidRPr="00A9654F" w:rsidRDefault="004A3022" w:rsidP="00D406FD">
            <w:pPr>
              <w:spacing w:after="0"/>
              <w:rPr>
                <w:bCs/>
                <w:lang w:val="ru-RU"/>
              </w:rPr>
            </w:pPr>
          </w:p>
        </w:tc>
        <w:tc>
          <w:tcPr>
            <w:tcW w:w="283" w:type="dxa"/>
            <w:vAlign w:val="bottom"/>
          </w:tcPr>
          <w:p w14:paraId="7F30D687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0FA304B6" w14:textId="7783805D" w:rsidR="004A3022" w:rsidRPr="00A9654F" w:rsidRDefault="004A3022" w:rsidP="00D406FD">
            <w:pPr>
              <w:spacing w:after="0"/>
              <w:rPr>
                <w:bCs/>
                <w:lang w:val="ru-RU"/>
              </w:rPr>
            </w:pPr>
          </w:p>
        </w:tc>
      </w:tr>
      <w:tr w:rsidR="004A3022" w:rsidRPr="00530CAF" w14:paraId="0349DE77" w14:textId="77777777" w:rsidTr="00A9654F">
        <w:trPr>
          <w:trHeight w:val="454"/>
          <w:jc w:val="center"/>
        </w:trPr>
        <w:tc>
          <w:tcPr>
            <w:tcW w:w="2235" w:type="dxa"/>
            <w:vAlign w:val="center"/>
          </w:tcPr>
          <w:p w14:paraId="64FB076F" w14:textId="77777777" w:rsidR="004A3022" w:rsidRPr="00530CAF" w:rsidRDefault="004A3022" w:rsidP="004A3022">
            <w:pPr>
              <w:spacing w:after="0"/>
              <w:rPr>
                <w:b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0D59188D" w14:textId="3A575F6E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2E0F89ED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252B257C" w14:textId="4F097EEE" w:rsidR="004A3022" w:rsidRPr="00A9654F" w:rsidRDefault="004A3022" w:rsidP="00D406FD">
            <w:pPr>
              <w:spacing w:after="0"/>
              <w:rPr>
                <w:bCs/>
              </w:rPr>
            </w:pPr>
          </w:p>
        </w:tc>
      </w:tr>
      <w:tr w:rsidR="004A3022" w:rsidRPr="00530CAF" w14:paraId="768131CF" w14:textId="77777777" w:rsidTr="00A9654F">
        <w:trPr>
          <w:trHeight w:val="454"/>
          <w:jc w:val="center"/>
        </w:trPr>
        <w:tc>
          <w:tcPr>
            <w:tcW w:w="2235" w:type="dxa"/>
            <w:vAlign w:val="center"/>
          </w:tcPr>
          <w:p w14:paraId="09825D71" w14:textId="77777777" w:rsidR="004A3022" w:rsidRPr="00530CAF" w:rsidRDefault="004A3022" w:rsidP="004A3022">
            <w:pPr>
              <w:spacing w:after="0"/>
              <w:rPr>
                <w:b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69477903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75FA546F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1F861931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</w:tr>
      <w:tr w:rsidR="004A3022" w:rsidRPr="00530CAF" w14:paraId="46631D69" w14:textId="77777777" w:rsidTr="00A9654F">
        <w:trPr>
          <w:trHeight w:val="454"/>
          <w:jc w:val="center"/>
        </w:trPr>
        <w:tc>
          <w:tcPr>
            <w:tcW w:w="2235" w:type="dxa"/>
            <w:vAlign w:val="center"/>
          </w:tcPr>
          <w:p w14:paraId="65D68AA3" w14:textId="77777777" w:rsidR="004A3022" w:rsidRPr="00530CAF" w:rsidRDefault="004A3022" w:rsidP="004A3022">
            <w:pPr>
              <w:spacing w:after="0"/>
              <w:rPr>
                <w:b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72918260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5343A40B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64F92DE9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</w:tr>
      <w:tr w:rsidR="004A3022" w:rsidRPr="00530CAF" w14:paraId="50225C57" w14:textId="77777777" w:rsidTr="00A9654F">
        <w:trPr>
          <w:trHeight w:val="454"/>
          <w:jc w:val="center"/>
        </w:trPr>
        <w:tc>
          <w:tcPr>
            <w:tcW w:w="2235" w:type="dxa"/>
            <w:vAlign w:val="center"/>
          </w:tcPr>
          <w:p w14:paraId="2DF66F3A" w14:textId="77777777" w:rsidR="004A3022" w:rsidRPr="00530CAF" w:rsidRDefault="004A3022" w:rsidP="004A3022">
            <w:pPr>
              <w:spacing w:after="0"/>
              <w:rPr>
                <w:b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6215CD59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7973C1E5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68E263FA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</w:tr>
      <w:tr w:rsidR="004A3022" w:rsidRPr="00530CAF" w14:paraId="718FD394" w14:textId="77777777" w:rsidTr="00A9654F">
        <w:trPr>
          <w:trHeight w:val="454"/>
          <w:jc w:val="center"/>
        </w:trPr>
        <w:tc>
          <w:tcPr>
            <w:tcW w:w="2235" w:type="dxa"/>
            <w:vAlign w:val="center"/>
          </w:tcPr>
          <w:p w14:paraId="1F924207" w14:textId="77777777" w:rsidR="004A3022" w:rsidRPr="00530CAF" w:rsidRDefault="004A3022" w:rsidP="004A3022">
            <w:pPr>
              <w:spacing w:after="0"/>
              <w:rPr>
                <w:b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48FBDCB6" w14:textId="6D467380" w:rsidR="004A3022" w:rsidRPr="004A3022" w:rsidRDefault="004A3022" w:rsidP="00D406FD">
            <w:pPr>
              <w:spacing w:after="0"/>
              <w:rPr>
                <w:bCs/>
                <w:lang w:val="ru-RU"/>
              </w:rPr>
            </w:pPr>
          </w:p>
        </w:tc>
        <w:tc>
          <w:tcPr>
            <w:tcW w:w="283" w:type="dxa"/>
            <w:vAlign w:val="bottom"/>
          </w:tcPr>
          <w:p w14:paraId="014F079D" w14:textId="77777777" w:rsidR="004A3022" w:rsidRPr="00A9654F" w:rsidRDefault="004A3022" w:rsidP="00D406FD">
            <w:pPr>
              <w:spacing w:after="0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4FE3CF2D" w14:textId="051E0F87" w:rsidR="004A3022" w:rsidRPr="004A3022" w:rsidRDefault="004A3022" w:rsidP="00D406FD">
            <w:pPr>
              <w:spacing w:after="0"/>
              <w:rPr>
                <w:bCs/>
                <w:lang w:val="ru-RU"/>
              </w:rPr>
            </w:pPr>
          </w:p>
        </w:tc>
      </w:tr>
      <w:bookmarkEnd w:id="0"/>
      <w:bookmarkEnd w:id="1"/>
    </w:tbl>
    <w:p w14:paraId="065D1584" w14:textId="77777777" w:rsidR="00530CAF" w:rsidRDefault="00530CAF">
      <w:pPr>
        <w:spacing w:after="40"/>
        <w:rPr>
          <w:b/>
          <w:lang w:val="ru-RU"/>
        </w:rPr>
      </w:pPr>
    </w:p>
    <w:tbl>
      <w:tblPr>
        <w:tblpPr w:leftFromText="180" w:rightFromText="180" w:vertAnchor="text" w:horzAnchor="margin" w:tblpXSpec="right" w:tblpY="144"/>
        <w:tblW w:w="0" w:type="auto"/>
        <w:tblLook w:val="04A0" w:firstRow="1" w:lastRow="0" w:firstColumn="1" w:lastColumn="0" w:noHBand="0" w:noVBand="1"/>
      </w:tblPr>
      <w:tblGrid>
        <w:gridCol w:w="8413"/>
      </w:tblGrid>
      <w:tr w:rsidR="007937EA" w:rsidRPr="00A9654F" w14:paraId="719D11F0" w14:textId="77777777" w:rsidTr="007937EA">
        <w:trPr>
          <w:trHeight w:val="454"/>
        </w:trPr>
        <w:tc>
          <w:tcPr>
            <w:tcW w:w="8413" w:type="dxa"/>
            <w:tcBorders>
              <w:bottom w:val="single" w:sz="4" w:space="0" w:color="auto"/>
            </w:tcBorders>
            <w:vAlign w:val="bottom"/>
          </w:tcPr>
          <w:p w14:paraId="184A3341" w14:textId="77777777" w:rsidR="007937EA" w:rsidRPr="00A9654F" w:rsidRDefault="007937EA" w:rsidP="007937EA">
            <w:pPr>
              <w:spacing w:after="0"/>
              <w:rPr>
                <w:bCs/>
                <w:lang w:val="ru-RU"/>
              </w:rPr>
            </w:pPr>
          </w:p>
        </w:tc>
      </w:tr>
      <w:tr w:rsidR="007937EA" w:rsidRPr="00A9654F" w14:paraId="1CB4C2AC" w14:textId="77777777" w:rsidTr="007937EA">
        <w:trPr>
          <w:trHeight w:val="454"/>
        </w:trPr>
        <w:tc>
          <w:tcPr>
            <w:tcW w:w="8413" w:type="dxa"/>
            <w:tcBorders>
              <w:bottom w:val="single" w:sz="4" w:space="0" w:color="auto"/>
            </w:tcBorders>
            <w:vAlign w:val="bottom"/>
          </w:tcPr>
          <w:p w14:paraId="30E001E0" w14:textId="77777777" w:rsidR="007937EA" w:rsidRPr="00A9654F" w:rsidRDefault="007937EA" w:rsidP="007937EA">
            <w:pPr>
              <w:spacing w:after="0"/>
              <w:rPr>
                <w:bCs/>
              </w:rPr>
            </w:pPr>
          </w:p>
        </w:tc>
      </w:tr>
      <w:tr w:rsidR="007937EA" w:rsidRPr="00A9654F" w14:paraId="43A41399" w14:textId="77777777" w:rsidTr="007937EA">
        <w:trPr>
          <w:trHeight w:val="454"/>
        </w:trPr>
        <w:tc>
          <w:tcPr>
            <w:tcW w:w="8413" w:type="dxa"/>
            <w:tcBorders>
              <w:bottom w:val="single" w:sz="4" w:space="0" w:color="auto"/>
            </w:tcBorders>
            <w:vAlign w:val="bottom"/>
          </w:tcPr>
          <w:p w14:paraId="22CD9399" w14:textId="77777777" w:rsidR="007937EA" w:rsidRPr="00A9654F" w:rsidRDefault="007937EA" w:rsidP="007937EA">
            <w:pPr>
              <w:spacing w:after="0"/>
              <w:rPr>
                <w:bCs/>
              </w:rPr>
            </w:pPr>
          </w:p>
        </w:tc>
      </w:tr>
      <w:tr w:rsidR="007937EA" w:rsidRPr="00A9654F" w14:paraId="1ABF8CAF" w14:textId="77777777" w:rsidTr="007937EA">
        <w:trPr>
          <w:trHeight w:val="454"/>
        </w:trPr>
        <w:tc>
          <w:tcPr>
            <w:tcW w:w="8413" w:type="dxa"/>
            <w:tcBorders>
              <w:bottom w:val="single" w:sz="4" w:space="0" w:color="auto"/>
            </w:tcBorders>
            <w:vAlign w:val="bottom"/>
          </w:tcPr>
          <w:p w14:paraId="7B62DCDA" w14:textId="77777777" w:rsidR="007937EA" w:rsidRPr="00A9654F" w:rsidRDefault="007937EA" w:rsidP="007937EA">
            <w:pPr>
              <w:spacing w:after="0"/>
              <w:rPr>
                <w:bCs/>
              </w:rPr>
            </w:pPr>
          </w:p>
        </w:tc>
      </w:tr>
      <w:tr w:rsidR="007937EA" w:rsidRPr="00A9654F" w14:paraId="5327D32D" w14:textId="77777777" w:rsidTr="007937EA">
        <w:trPr>
          <w:trHeight w:val="454"/>
        </w:trPr>
        <w:tc>
          <w:tcPr>
            <w:tcW w:w="8413" w:type="dxa"/>
            <w:tcBorders>
              <w:bottom w:val="single" w:sz="4" w:space="0" w:color="auto"/>
            </w:tcBorders>
            <w:vAlign w:val="bottom"/>
          </w:tcPr>
          <w:p w14:paraId="4BC4ACD9" w14:textId="77777777" w:rsidR="007937EA" w:rsidRPr="00A9654F" w:rsidRDefault="007937EA" w:rsidP="007937EA">
            <w:pPr>
              <w:spacing w:after="0"/>
              <w:rPr>
                <w:bCs/>
              </w:rPr>
            </w:pPr>
          </w:p>
        </w:tc>
      </w:tr>
      <w:tr w:rsidR="007937EA" w:rsidRPr="00A9654F" w14:paraId="2C5BA372" w14:textId="77777777" w:rsidTr="007937EA">
        <w:trPr>
          <w:trHeight w:val="454"/>
        </w:trPr>
        <w:tc>
          <w:tcPr>
            <w:tcW w:w="8413" w:type="dxa"/>
            <w:tcBorders>
              <w:bottom w:val="single" w:sz="4" w:space="0" w:color="auto"/>
            </w:tcBorders>
            <w:vAlign w:val="bottom"/>
          </w:tcPr>
          <w:p w14:paraId="4765EDAB" w14:textId="77777777" w:rsidR="007937EA" w:rsidRPr="00A9654F" w:rsidRDefault="007937EA" w:rsidP="007937EA">
            <w:pPr>
              <w:spacing w:after="0"/>
              <w:rPr>
                <w:bCs/>
              </w:rPr>
            </w:pPr>
          </w:p>
        </w:tc>
      </w:tr>
    </w:tbl>
    <w:p w14:paraId="566BA564" w14:textId="77777777" w:rsidR="007937EA" w:rsidRPr="007937EA" w:rsidRDefault="007937EA" w:rsidP="007937EA">
      <w:pPr>
        <w:spacing w:before="80" w:after="40"/>
        <w:rPr>
          <w:sz w:val="28"/>
          <w:szCs w:val="28"/>
          <w:lang w:val="ru-RU"/>
        </w:rPr>
      </w:pPr>
      <w:r w:rsidRPr="007937EA">
        <w:rPr>
          <w:b/>
          <w:sz w:val="28"/>
          <w:szCs w:val="28"/>
          <w:lang w:val="ru-RU"/>
        </w:rPr>
        <w:t>Решили:</w:t>
      </w:r>
    </w:p>
    <w:p w14:paraId="6E513645" w14:textId="77777777" w:rsidR="00530CAF" w:rsidRDefault="00530CAF">
      <w:pPr>
        <w:spacing w:after="40"/>
        <w:rPr>
          <w:b/>
          <w:lang w:val="ru-RU"/>
        </w:rPr>
      </w:pPr>
    </w:p>
    <w:p w14:paraId="4551792D" w14:textId="476CA450" w:rsidR="00D515C1" w:rsidRPr="007937EA" w:rsidRDefault="00D515C1">
      <w:pPr>
        <w:spacing w:before="80" w:after="40"/>
        <w:rPr>
          <w:sz w:val="28"/>
          <w:szCs w:val="28"/>
          <w:lang w:val="ru-RU"/>
        </w:rPr>
      </w:pPr>
    </w:p>
    <w:p w14:paraId="060B0388" w14:textId="77777777" w:rsidR="00D515C1" w:rsidRDefault="00D515C1">
      <w:pPr>
        <w:rPr>
          <w:lang w:val="ru-RU"/>
        </w:rPr>
      </w:pPr>
    </w:p>
    <w:p w14:paraId="1F6176C7" w14:textId="77777777" w:rsidR="007937EA" w:rsidRDefault="007937EA">
      <w:pPr>
        <w:rPr>
          <w:lang w:val="ru-RU"/>
        </w:rPr>
      </w:pPr>
    </w:p>
    <w:p w14:paraId="6D5CD2F3" w14:textId="77777777" w:rsidR="007937EA" w:rsidRDefault="007937EA">
      <w:pPr>
        <w:rPr>
          <w:lang w:val="ru-RU"/>
        </w:rPr>
      </w:pPr>
    </w:p>
    <w:p w14:paraId="4640E2CE" w14:textId="77777777" w:rsidR="007937EA" w:rsidRDefault="007937EA">
      <w:pPr>
        <w:spacing w:after="40"/>
        <w:rPr>
          <w:b/>
          <w:lang w:val="ru-RU"/>
        </w:rPr>
      </w:pPr>
    </w:p>
    <w:p w14:paraId="0CD2FC56" w14:textId="2131ADB6" w:rsidR="002D0D94" w:rsidRDefault="00000000">
      <w:pPr>
        <w:spacing w:after="40"/>
        <w:rPr>
          <w:b/>
          <w:lang w:val="ru-RU"/>
        </w:rPr>
      </w:pPr>
      <w:r w:rsidRPr="007937EA">
        <w:rPr>
          <w:b/>
          <w:sz w:val="28"/>
          <w:szCs w:val="28"/>
          <w:lang w:val="ru-RU"/>
        </w:rPr>
        <w:lastRenderedPageBreak/>
        <w:t>Приложения:</w:t>
      </w:r>
      <w:r w:rsidRPr="00075B9C">
        <w:rPr>
          <w:b/>
          <w:lang w:val="ru-RU"/>
        </w:rPr>
        <w:t xml:space="preserve"> </w:t>
      </w:r>
      <w:r w:rsidR="002D0D94" w:rsidRPr="002D0D94">
        <w:rPr>
          <w:highlight w:val="yellow"/>
          <w:lang w:val="ru-RU"/>
        </w:rPr>
        <w:t>[При наличии: перечень приложений, количество листов]</w:t>
      </w:r>
    </w:p>
    <w:p w14:paraId="175DF524" w14:textId="77777777" w:rsidR="002D0D94" w:rsidRPr="002D0D94" w:rsidRDefault="002D0D94" w:rsidP="002D0D94">
      <w:pPr>
        <w:pStyle w:val="ae"/>
        <w:numPr>
          <w:ilvl w:val="0"/>
          <w:numId w:val="10"/>
        </w:numPr>
        <w:spacing w:after="40"/>
        <w:rPr>
          <w:lang w:val="ru-RU"/>
        </w:rPr>
      </w:pPr>
      <w:r>
        <w:rPr>
          <w:highlight w:val="yellow"/>
          <w:lang w:val="ru-RU"/>
        </w:rPr>
        <w:t>;</w:t>
      </w:r>
    </w:p>
    <w:p w14:paraId="528CAB3D" w14:textId="77777777" w:rsidR="002D0D94" w:rsidRPr="002D0D94" w:rsidRDefault="002D0D94" w:rsidP="002D0D94">
      <w:pPr>
        <w:pStyle w:val="ae"/>
        <w:numPr>
          <w:ilvl w:val="0"/>
          <w:numId w:val="10"/>
        </w:numPr>
        <w:spacing w:after="40"/>
        <w:rPr>
          <w:lang w:val="ru-RU"/>
        </w:rPr>
      </w:pPr>
      <w:r>
        <w:rPr>
          <w:highlight w:val="yellow"/>
          <w:lang w:val="ru-RU"/>
        </w:rPr>
        <w:t>;</w:t>
      </w:r>
    </w:p>
    <w:p w14:paraId="6F932882" w14:textId="6321C28E" w:rsidR="00D515C1" w:rsidRPr="002D0D94" w:rsidRDefault="002D0D94" w:rsidP="002D0D94">
      <w:pPr>
        <w:pStyle w:val="ae"/>
        <w:numPr>
          <w:ilvl w:val="0"/>
          <w:numId w:val="10"/>
        </w:numPr>
        <w:spacing w:after="40"/>
        <w:rPr>
          <w:lang w:val="ru-RU"/>
        </w:rPr>
      </w:pPr>
      <w:r>
        <w:rPr>
          <w:highlight w:val="yellow"/>
          <w:lang w:val="ru-RU"/>
        </w:rPr>
        <w:t>.</w:t>
      </w:r>
    </w:p>
    <w:p w14:paraId="7B85F497" w14:textId="77777777" w:rsidR="00D515C1" w:rsidRPr="00075B9C" w:rsidRDefault="00D515C1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2552"/>
        <w:gridCol w:w="283"/>
        <w:gridCol w:w="3560"/>
      </w:tblGrid>
      <w:tr w:rsidR="00DC322A" w:rsidRPr="00530CAF" w14:paraId="57D03784" w14:textId="77777777" w:rsidTr="00DC322A">
        <w:trPr>
          <w:trHeight w:val="454"/>
          <w:jc w:val="center"/>
        </w:trPr>
        <w:tc>
          <w:tcPr>
            <w:tcW w:w="3510" w:type="dxa"/>
            <w:vAlign w:val="center"/>
          </w:tcPr>
          <w:p w14:paraId="0008E99A" w14:textId="77777777" w:rsidR="00DC322A" w:rsidRPr="00E34013" w:rsidRDefault="00DC322A" w:rsidP="009A7A87">
            <w:pPr>
              <w:spacing w:after="0"/>
              <w:rPr>
                <w:b/>
                <w:sz w:val="28"/>
                <w:szCs w:val="28"/>
              </w:rPr>
            </w:pPr>
            <w:r w:rsidRPr="00E34013">
              <w:rPr>
                <w:b/>
                <w:sz w:val="28"/>
                <w:szCs w:val="28"/>
              </w:rPr>
              <w:t>Председатель совещания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70F66E71" w14:textId="77777777" w:rsidR="00DC322A" w:rsidRPr="00361C76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283" w:type="dxa"/>
          </w:tcPr>
          <w:p w14:paraId="38F7D96B" w14:textId="77777777" w:rsidR="00DC322A" w:rsidRPr="00530CAF" w:rsidRDefault="00DC322A" w:rsidP="009A7A87">
            <w:pPr>
              <w:spacing w:after="0"/>
              <w:rPr>
                <w:bCs/>
                <w:lang w:val="ru-RU"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175CA26F" w14:textId="77777777" w:rsidR="00DC322A" w:rsidRPr="00530CAF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</w:tr>
      <w:tr w:rsidR="00DC322A" w:rsidRPr="00530CAF" w14:paraId="37ADAD27" w14:textId="77777777" w:rsidTr="00DC322A">
        <w:trPr>
          <w:trHeight w:val="629"/>
          <w:jc w:val="center"/>
        </w:trPr>
        <w:tc>
          <w:tcPr>
            <w:tcW w:w="3510" w:type="dxa"/>
            <w:vAlign w:val="center"/>
          </w:tcPr>
          <w:p w14:paraId="69EEAFD2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4DC0893" w14:textId="265426CD" w:rsidR="00DC322A" w:rsidRPr="00361C76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Подпись</w:t>
            </w:r>
          </w:p>
        </w:tc>
        <w:tc>
          <w:tcPr>
            <w:tcW w:w="283" w:type="dxa"/>
          </w:tcPr>
          <w:p w14:paraId="0841977E" w14:textId="77777777" w:rsidR="00DC322A" w:rsidRPr="00361C76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3560" w:type="dxa"/>
            <w:tcBorders>
              <w:top w:val="single" w:sz="4" w:space="0" w:color="auto"/>
            </w:tcBorders>
          </w:tcPr>
          <w:p w14:paraId="575D7711" w14:textId="77777777" w:rsidR="00DC322A" w:rsidRPr="00361C76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  <w:r w:rsidRPr="00361C76">
              <w:rPr>
                <w:bCs/>
                <w:lang w:val="ru-RU"/>
              </w:rPr>
              <w:t>Ф.И.О</w:t>
            </w:r>
          </w:p>
        </w:tc>
      </w:tr>
      <w:tr w:rsidR="00DC322A" w:rsidRPr="00530CAF" w14:paraId="30C74C8D" w14:textId="77777777" w:rsidTr="00DC322A">
        <w:trPr>
          <w:trHeight w:val="629"/>
          <w:jc w:val="center"/>
        </w:trPr>
        <w:tc>
          <w:tcPr>
            <w:tcW w:w="3510" w:type="dxa"/>
            <w:vAlign w:val="center"/>
          </w:tcPr>
          <w:p w14:paraId="1CD8932D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vAlign w:val="bottom"/>
          </w:tcPr>
          <w:p w14:paraId="3B92EF4D" w14:textId="77777777" w:rsidR="00DC322A" w:rsidRPr="00361C76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283" w:type="dxa"/>
            <w:vAlign w:val="bottom"/>
          </w:tcPr>
          <w:p w14:paraId="0EF34188" w14:textId="77777777" w:rsidR="00DC322A" w:rsidRPr="00361C76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3560" w:type="dxa"/>
            <w:vAlign w:val="bottom"/>
          </w:tcPr>
          <w:p w14:paraId="2525A8BE" w14:textId="77777777" w:rsidR="00DC322A" w:rsidRPr="00361C76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</w:tr>
      <w:tr w:rsidR="00DC322A" w:rsidRPr="00530CAF" w14:paraId="478F7479" w14:textId="77777777" w:rsidTr="00DC322A">
        <w:trPr>
          <w:trHeight w:val="454"/>
          <w:jc w:val="center"/>
        </w:trPr>
        <w:tc>
          <w:tcPr>
            <w:tcW w:w="3510" w:type="dxa"/>
            <w:vAlign w:val="center"/>
          </w:tcPr>
          <w:p w14:paraId="68D09AA8" w14:textId="77777777" w:rsidR="00DC322A" w:rsidRPr="00E34013" w:rsidRDefault="00DC322A" w:rsidP="009A7A87">
            <w:pPr>
              <w:spacing w:after="0"/>
              <w:rPr>
                <w:b/>
                <w:sz w:val="28"/>
                <w:szCs w:val="28"/>
                <w:lang w:val="ru-RU"/>
              </w:rPr>
            </w:pPr>
            <w:r w:rsidRPr="00E34013">
              <w:rPr>
                <w:b/>
                <w:sz w:val="28"/>
                <w:szCs w:val="28"/>
                <w:lang w:val="ru-RU"/>
              </w:rPr>
              <w:t>Участники совещания</w:t>
            </w:r>
          </w:p>
        </w:tc>
        <w:tc>
          <w:tcPr>
            <w:tcW w:w="2552" w:type="dxa"/>
            <w:vAlign w:val="center"/>
          </w:tcPr>
          <w:p w14:paraId="25CA0C47" w14:textId="6CD9DBE0" w:rsidR="00DC322A" w:rsidRPr="00A9654F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Подпись</w:t>
            </w:r>
          </w:p>
        </w:tc>
        <w:tc>
          <w:tcPr>
            <w:tcW w:w="283" w:type="dxa"/>
            <w:vAlign w:val="center"/>
          </w:tcPr>
          <w:p w14:paraId="5345D330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vAlign w:val="center"/>
          </w:tcPr>
          <w:p w14:paraId="38C3B8A5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  <w:r>
              <w:rPr>
                <w:bCs/>
                <w:lang w:val="ru-RU"/>
              </w:rPr>
              <w:t>Ф.И.О</w:t>
            </w:r>
          </w:p>
        </w:tc>
      </w:tr>
      <w:tr w:rsidR="00DC322A" w:rsidRPr="00530CAF" w14:paraId="488FEE62" w14:textId="77777777" w:rsidTr="00DC322A">
        <w:trPr>
          <w:trHeight w:val="439"/>
          <w:jc w:val="center"/>
        </w:trPr>
        <w:tc>
          <w:tcPr>
            <w:tcW w:w="3510" w:type="dxa"/>
            <w:vAlign w:val="center"/>
          </w:tcPr>
          <w:p w14:paraId="65741A53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3222D039" w14:textId="77777777" w:rsidR="00DC322A" w:rsidRPr="00A9654F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283" w:type="dxa"/>
            <w:vAlign w:val="bottom"/>
          </w:tcPr>
          <w:p w14:paraId="7C9AEE06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5EAA5BC8" w14:textId="77777777" w:rsidR="00DC322A" w:rsidRPr="00A9654F" w:rsidRDefault="00DC322A" w:rsidP="00D406FD">
            <w:pPr>
              <w:spacing w:after="0"/>
              <w:rPr>
                <w:bCs/>
                <w:lang w:val="ru-RU"/>
              </w:rPr>
            </w:pPr>
          </w:p>
        </w:tc>
      </w:tr>
      <w:tr w:rsidR="00DC322A" w:rsidRPr="00530CAF" w14:paraId="5C2FEF7C" w14:textId="77777777" w:rsidTr="00DC322A">
        <w:trPr>
          <w:trHeight w:val="454"/>
          <w:jc w:val="center"/>
        </w:trPr>
        <w:tc>
          <w:tcPr>
            <w:tcW w:w="3510" w:type="dxa"/>
            <w:vAlign w:val="center"/>
          </w:tcPr>
          <w:p w14:paraId="54B90090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585781C8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301ABDF5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0CF633DA" w14:textId="77777777" w:rsidR="00DC322A" w:rsidRPr="00A9654F" w:rsidRDefault="00DC322A" w:rsidP="00D406FD">
            <w:pPr>
              <w:spacing w:after="0"/>
              <w:rPr>
                <w:bCs/>
              </w:rPr>
            </w:pPr>
          </w:p>
        </w:tc>
      </w:tr>
      <w:tr w:rsidR="00DC322A" w:rsidRPr="00530CAF" w14:paraId="359A21FC" w14:textId="77777777" w:rsidTr="00DC322A">
        <w:trPr>
          <w:trHeight w:val="454"/>
          <w:jc w:val="center"/>
        </w:trPr>
        <w:tc>
          <w:tcPr>
            <w:tcW w:w="3510" w:type="dxa"/>
            <w:vAlign w:val="center"/>
          </w:tcPr>
          <w:p w14:paraId="36035837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395C0C99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1B5C2286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38A53975" w14:textId="77777777" w:rsidR="00DC322A" w:rsidRPr="00A9654F" w:rsidRDefault="00DC322A" w:rsidP="00D406FD">
            <w:pPr>
              <w:spacing w:after="0"/>
              <w:rPr>
                <w:bCs/>
              </w:rPr>
            </w:pPr>
          </w:p>
        </w:tc>
      </w:tr>
      <w:tr w:rsidR="00DC322A" w:rsidRPr="00530CAF" w14:paraId="72FA9805" w14:textId="77777777" w:rsidTr="00DC322A">
        <w:trPr>
          <w:trHeight w:val="454"/>
          <w:jc w:val="center"/>
        </w:trPr>
        <w:tc>
          <w:tcPr>
            <w:tcW w:w="3510" w:type="dxa"/>
            <w:vAlign w:val="center"/>
          </w:tcPr>
          <w:p w14:paraId="75168A46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7CC39570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7648ED2F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66C01BE2" w14:textId="77777777" w:rsidR="00DC322A" w:rsidRPr="00A9654F" w:rsidRDefault="00DC322A" w:rsidP="00D406FD">
            <w:pPr>
              <w:spacing w:after="0"/>
              <w:rPr>
                <w:bCs/>
              </w:rPr>
            </w:pPr>
          </w:p>
        </w:tc>
      </w:tr>
      <w:tr w:rsidR="00DC322A" w:rsidRPr="00530CAF" w14:paraId="34DE1531" w14:textId="77777777" w:rsidTr="00DC322A">
        <w:trPr>
          <w:trHeight w:val="454"/>
          <w:jc w:val="center"/>
        </w:trPr>
        <w:tc>
          <w:tcPr>
            <w:tcW w:w="3510" w:type="dxa"/>
            <w:vAlign w:val="center"/>
          </w:tcPr>
          <w:p w14:paraId="12A6FFBD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2BADBC52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283" w:type="dxa"/>
            <w:vAlign w:val="bottom"/>
          </w:tcPr>
          <w:p w14:paraId="431E5448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7D94145C" w14:textId="77777777" w:rsidR="00DC322A" w:rsidRPr="00A9654F" w:rsidRDefault="00DC322A" w:rsidP="00D406FD">
            <w:pPr>
              <w:spacing w:after="0"/>
              <w:rPr>
                <w:bCs/>
              </w:rPr>
            </w:pPr>
          </w:p>
        </w:tc>
      </w:tr>
      <w:tr w:rsidR="00DC322A" w:rsidRPr="00530CAF" w14:paraId="540877AE" w14:textId="77777777" w:rsidTr="00DC322A">
        <w:trPr>
          <w:trHeight w:val="454"/>
          <w:jc w:val="center"/>
        </w:trPr>
        <w:tc>
          <w:tcPr>
            <w:tcW w:w="3510" w:type="dxa"/>
            <w:vAlign w:val="center"/>
          </w:tcPr>
          <w:p w14:paraId="46DFD7BC" w14:textId="77777777" w:rsidR="00DC322A" w:rsidRPr="00530CAF" w:rsidRDefault="00DC322A" w:rsidP="009A7A87">
            <w:pPr>
              <w:spacing w:after="0"/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14642675" w14:textId="77777777" w:rsidR="00DC322A" w:rsidRPr="004A3022" w:rsidRDefault="00DC322A" w:rsidP="009A7A87">
            <w:pPr>
              <w:spacing w:after="0"/>
              <w:jc w:val="center"/>
              <w:rPr>
                <w:bCs/>
                <w:lang w:val="ru-RU"/>
              </w:rPr>
            </w:pPr>
          </w:p>
        </w:tc>
        <w:tc>
          <w:tcPr>
            <w:tcW w:w="283" w:type="dxa"/>
            <w:vAlign w:val="bottom"/>
          </w:tcPr>
          <w:p w14:paraId="61242434" w14:textId="77777777" w:rsidR="00DC322A" w:rsidRPr="00A9654F" w:rsidRDefault="00DC322A" w:rsidP="009A7A87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3560" w:type="dxa"/>
            <w:tcBorders>
              <w:bottom w:val="single" w:sz="4" w:space="0" w:color="auto"/>
            </w:tcBorders>
            <w:vAlign w:val="bottom"/>
          </w:tcPr>
          <w:p w14:paraId="428DC697" w14:textId="77777777" w:rsidR="00DC322A" w:rsidRPr="004A3022" w:rsidRDefault="00DC322A" w:rsidP="00D406FD">
            <w:pPr>
              <w:spacing w:after="0"/>
              <w:rPr>
                <w:bCs/>
                <w:lang w:val="ru-RU"/>
              </w:rPr>
            </w:pPr>
          </w:p>
        </w:tc>
      </w:tr>
    </w:tbl>
    <w:p w14:paraId="242B6AC2" w14:textId="77777777" w:rsidR="00DC322A" w:rsidRDefault="00DC322A">
      <w:pPr>
        <w:spacing w:before="160"/>
        <w:rPr>
          <w:i/>
          <w:sz w:val="20"/>
          <w:lang w:val="ru-RU"/>
        </w:rPr>
      </w:pPr>
    </w:p>
    <w:p w14:paraId="6158ABCA" w14:textId="1654D1A1" w:rsidR="00D515C1" w:rsidRPr="00075B9C" w:rsidRDefault="00000000">
      <w:pPr>
        <w:spacing w:before="160"/>
        <w:rPr>
          <w:lang w:val="ru-RU"/>
        </w:rPr>
      </w:pPr>
      <w:proofErr w:type="gramStart"/>
      <w:r w:rsidRPr="00075B9C">
        <w:rPr>
          <w:i/>
          <w:sz w:val="20"/>
          <w:lang w:val="ru-RU"/>
        </w:rPr>
        <w:t xml:space="preserve">Примечание: </w:t>
      </w:r>
      <w:r w:rsidRPr="00075B9C">
        <w:rPr>
          <w:i/>
          <w:color w:val="646464"/>
          <w:sz w:val="20"/>
          <w:lang w:val="ru-RU"/>
        </w:rPr>
        <w:t xml:space="preserve"> удалите</w:t>
      </w:r>
      <w:proofErr w:type="gramEnd"/>
      <w:r w:rsidRPr="00075B9C">
        <w:rPr>
          <w:i/>
          <w:color w:val="646464"/>
          <w:sz w:val="20"/>
          <w:lang w:val="ru-RU"/>
        </w:rPr>
        <w:t xml:space="preserve"> или скорректируйте лишние пункты повестки, разделы и строки таблицы под ваш формат совещания.</w:t>
      </w:r>
    </w:p>
    <w:sectPr w:rsidR="00D515C1" w:rsidRPr="00075B9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065B8" w14:textId="77777777" w:rsidR="00DB7F82" w:rsidRDefault="00DB7F82" w:rsidP="00157532">
      <w:pPr>
        <w:spacing w:after="0" w:line="240" w:lineRule="auto"/>
      </w:pPr>
      <w:r>
        <w:separator/>
      </w:r>
    </w:p>
  </w:endnote>
  <w:endnote w:type="continuationSeparator" w:id="0">
    <w:p w14:paraId="6769255F" w14:textId="77777777" w:rsidR="00DB7F82" w:rsidRDefault="00DB7F82" w:rsidP="0015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FD98" w14:textId="77777777" w:rsidR="00DB7F82" w:rsidRDefault="00DB7F82" w:rsidP="00157532">
      <w:pPr>
        <w:spacing w:after="0" w:line="240" w:lineRule="auto"/>
      </w:pPr>
      <w:r>
        <w:separator/>
      </w:r>
    </w:p>
  </w:footnote>
  <w:footnote w:type="continuationSeparator" w:id="0">
    <w:p w14:paraId="0AEFD0CD" w14:textId="77777777" w:rsidR="00DB7F82" w:rsidRDefault="00DB7F82" w:rsidP="00157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430D8C"/>
    <w:multiLevelType w:val="hybridMultilevel"/>
    <w:tmpl w:val="E18A2A20"/>
    <w:lvl w:ilvl="0" w:tplc="74041C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8094">
    <w:abstractNumId w:val="8"/>
  </w:num>
  <w:num w:numId="2" w16cid:durableId="733892607">
    <w:abstractNumId w:val="6"/>
  </w:num>
  <w:num w:numId="3" w16cid:durableId="1070923835">
    <w:abstractNumId w:val="5"/>
  </w:num>
  <w:num w:numId="4" w16cid:durableId="1398479923">
    <w:abstractNumId w:val="4"/>
  </w:num>
  <w:num w:numId="5" w16cid:durableId="765347536">
    <w:abstractNumId w:val="7"/>
  </w:num>
  <w:num w:numId="6" w16cid:durableId="1811901014">
    <w:abstractNumId w:val="3"/>
  </w:num>
  <w:num w:numId="7" w16cid:durableId="1250964957">
    <w:abstractNumId w:val="2"/>
  </w:num>
  <w:num w:numId="8" w16cid:durableId="1396931323">
    <w:abstractNumId w:val="1"/>
  </w:num>
  <w:num w:numId="9" w16cid:durableId="1402672855">
    <w:abstractNumId w:val="0"/>
  </w:num>
  <w:num w:numId="10" w16cid:durableId="468207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CD9"/>
    <w:rsid w:val="00034616"/>
    <w:rsid w:val="0006063C"/>
    <w:rsid w:val="00075B9C"/>
    <w:rsid w:val="00100627"/>
    <w:rsid w:val="0015074B"/>
    <w:rsid w:val="00157532"/>
    <w:rsid w:val="0022081C"/>
    <w:rsid w:val="0029639D"/>
    <w:rsid w:val="002D0D94"/>
    <w:rsid w:val="003121D6"/>
    <w:rsid w:val="00326F90"/>
    <w:rsid w:val="00361C76"/>
    <w:rsid w:val="00436E72"/>
    <w:rsid w:val="004A3022"/>
    <w:rsid w:val="00530CAF"/>
    <w:rsid w:val="0058178A"/>
    <w:rsid w:val="006624AF"/>
    <w:rsid w:val="007937EA"/>
    <w:rsid w:val="007F0B75"/>
    <w:rsid w:val="00917D42"/>
    <w:rsid w:val="00A9654F"/>
    <w:rsid w:val="00AA1D8D"/>
    <w:rsid w:val="00B47730"/>
    <w:rsid w:val="00CB0664"/>
    <w:rsid w:val="00D406FD"/>
    <w:rsid w:val="00D515C1"/>
    <w:rsid w:val="00DB7F82"/>
    <w:rsid w:val="00DC322A"/>
    <w:rsid w:val="00E05E6B"/>
    <w:rsid w:val="00E20D3F"/>
    <w:rsid w:val="00E34013"/>
    <w:rsid w:val="00ED3AD6"/>
    <w:rsid w:val="00EE19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B13448"/>
  <w14:defaultImageDpi w14:val="330"/>
  <w15:docId w15:val="{747E4214-1EB8-4D6D-A558-12B42E27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C322A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Manager/>
  <Company/>
  <LinksUpToDate>false</LinksUpToDate>
  <CharactersWithSpaces>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Серж Серж</cp:lastModifiedBy>
  <cp:revision>3</cp:revision>
  <dcterms:created xsi:type="dcterms:W3CDTF">2026-10-11T07:54:00Z</dcterms:created>
  <dcterms:modified xsi:type="dcterms:W3CDTF">2026-10-11T19:02:00Z</dcterms:modified>
  <cp:category/>
</cp:coreProperties>
</file>